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13AC" w14:textId="77777777" w:rsidR="00C66A02" w:rsidRDefault="00C66A0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320"/>
      </w:tblGrid>
      <w:tr w:rsidR="003E025A" w14:paraId="44CAAEDB" w14:textId="77777777">
        <w:trPr>
          <w:jc w:val="center"/>
        </w:trPr>
        <w:tc>
          <w:tcPr>
            <w:tcW w:w="5040" w:type="dxa"/>
          </w:tcPr>
          <w:p w14:paraId="471A373A" w14:textId="6AB4F1EE" w:rsidR="003E025A" w:rsidRDefault="00000000">
            <w:pPr>
              <w:spacing w:after="0"/>
            </w:pPr>
            <w:r>
              <w:rPr>
                <w:b/>
                <w:color w:val="102542"/>
                <w:sz w:val="40"/>
              </w:rPr>
              <w:t>WELLWORK Slovakia</w:t>
            </w:r>
            <w:r w:rsidR="005F19E3">
              <w:rPr>
                <w:b/>
                <w:color w:val="102542"/>
                <w:sz w:val="40"/>
              </w:rPr>
              <w:t xml:space="preserve"> </w:t>
            </w:r>
            <w:proofErr w:type="spellStart"/>
            <w:r w:rsidR="005F19E3">
              <w:rPr>
                <w:b/>
                <w:color w:val="102542"/>
                <w:sz w:val="40"/>
              </w:rPr>
              <w:t>s.r.o.</w:t>
            </w:r>
            <w:proofErr w:type="spellEnd"/>
          </w:p>
          <w:p w14:paraId="53C59904" w14:textId="77777777" w:rsidR="003E025A" w:rsidRDefault="00000000">
            <w:pPr>
              <w:spacing w:after="0"/>
            </w:pPr>
            <w:r>
              <w:rPr>
                <w:color w:val="4A777A"/>
                <w:sz w:val="18"/>
              </w:rPr>
              <w:t>Professional HR &amp; Recruitment Agency</w:t>
            </w:r>
          </w:p>
        </w:tc>
        <w:tc>
          <w:tcPr>
            <w:tcW w:w="4320" w:type="dxa"/>
          </w:tcPr>
          <w:p w14:paraId="5E8C0C56" w14:textId="77777777" w:rsidR="003E025A" w:rsidRDefault="00000000">
            <w:pPr>
              <w:spacing w:after="0"/>
              <w:jc w:val="right"/>
            </w:pPr>
            <w:r>
              <w:rPr>
                <w:b/>
                <w:color w:val="102542"/>
                <w:sz w:val="18"/>
              </w:rPr>
              <w:t xml:space="preserve">Web: </w:t>
            </w:r>
            <w:r>
              <w:rPr>
                <w:sz w:val="18"/>
              </w:rPr>
              <w:t>www.wellwork.sk</w:t>
            </w:r>
          </w:p>
          <w:p w14:paraId="3DC22FEF" w14:textId="7150A249" w:rsidR="003E025A" w:rsidRDefault="00000000">
            <w:pPr>
              <w:spacing w:after="0"/>
              <w:jc w:val="right"/>
            </w:pPr>
            <w:r>
              <w:rPr>
                <w:b/>
                <w:color w:val="102542"/>
                <w:sz w:val="18"/>
              </w:rPr>
              <w:t xml:space="preserve">E-mail: </w:t>
            </w:r>
            <w:r w:rsidR="0043240B">
              <w:rPr>
                <w:sz w:val="18"/>
              </w:rPr>
              <w:t>partner</w:t>
            </w:r>
            <w:r>
              <w:rPr>
                <w:sz w:val="18"/>
              </w:rPr>
              <w:t>@wellwork.sk</w:t>
            </w:r>
          </w:p>
          <w:p w14:paraId="5DB5C4DB" w14:textId="6D85B754" w:rsidR="003E025A" w:rsidRDefault="00000000">
            <w:pPr>
              <w:spacing w:after="0"/>
              <w:jc w:val="right"/>
            </w:pPr>
            <w:r>
              <w:rPr>
                <w:b/>
                <w:color w:val="102542"/>
                <w:sz w:val="18"/>
              </w:rPr>
              <w:t xml:space="preserve">Tel.: </w:t>
            </w:r>
            <w:r>
              <w:rPr>
                <w:sz w:val="18"/>
              </w:rPr>
              <w:t>+421</w:t>
            </w:r>
            <w:r w:rsidR="00AC3184" w:rsidRPr="00AC3184">
              <w:rPr>
                <w:sz w:val="18"/>
              </w:rPr>
              <w:t>0948 905 798</w:t>
            </w:r>
            <w:r w:rsidR="00AC3184" w:rsidRPr="009A50AE">
              <w:rPr>
                <w:sz w:val="24"/>
                <w:szCs w:val="28"/>
              </w:rPr>
              <w:t xml:space="preserve"> </w:t>
            </w:r>
            <w:r>
              <w:rPr>
                <w:sz w:val="18"/>
              </w:rPr>
              <w:t xml:space="preserve"> </w:t>
            </w:r>
          </w:p>
          <w:p w14:paraId="7884E856" w14:textId="77777777" w:rsidR="005F19E3" w:rsidRDefault="00000000">
            <w:pPr>
              <w:spacing w:after="0"/>
              <w:jc w:val="right"/>
              <w:rPr>
                <w:sz w:val="18"/>
              </w:rPr>
            </w:pPr>
            <w:proofErr w:type="spellStart"/>
            <w:r>
              <w:rPr>
                <w:b/>
                <w:color w:val="102542"/>
                <w:sz w:val="18"/>
              </w:rPr>
              <w:t>Adresa</w:t>
            </w:r>
            <w:proofErr w:type="spellEnd"/>
            <w:r>
              <w:rPr>
                <w:b/>
                <w:color w:val="102542"/>
                <w:sz w:val="18"/>
              </w:rPr>
              <w:t xml:space="preserve">: </w:t>
            </w:r>
            <w:proofErr w:type="spellStart"/>
            <w:r w:rsidR="005F19E3">
              <w:rPr>
                <w:sz w:val="18"/>
              </w:rPr>
              <w:t>Hríbová</w:t>
            </w:r>
            <w:proofErr w:type="spellEnd"/>
            <w:r w:rsidR="005F19E3">
              <w:rPr>
                <w:sz w:val="18"/>
              </w:rPr>
              <w:t xml:space="preserve"> 33, </w:t>
            </w:r>
          </w:p>
          <w:p w14:paraId="214DE804" w14:textId="2BA41337" w:rsidR="005F19E3" w:rsidRDefault="005F19E3">
            <w:pPr>
              <w:spacing w:after="0"/>
              <w:jc w:val="right"/>
            </w:pPr>
            <w:r>
              <w:rPr>
                <w:sz w:val="18"/>
              </w:rPr>
              <w:t xml:space="preserve">945 01 </w:t>
            </w:r>
            <w:proofErr w:type="spellStart"/>
            <w:r>
              <w:rPr>
                <w:sz w:val="18"/>
              </w:rPr>
              <w:t>Komárno</w:t>
            </w:r>
            <w:proofErr w:type="spellEnd"/>
          </w:p>
        </w:tc>
      </w:tr>
    </w:tbl>
    <w:p w14:paraId="2EA2D363" w14:textId="1F5AE366" w:rsidR="003E025A" w:rsidRPr="00A5019A" w:rsidRDefault="003E025A">
      <w:pPr>
        <w:pBdr>
          <w:bottom w:val="single" w:sz="12" w:space="1" w:color="102542"/>
        </w:pBdr>
        <w:spacing w:before="240" w:after="360"/>
        <w:rPr>
          <w:color w:val="002060"/>
        </w:rPr>
      </w:pPr>
    </w:p>
    <w:p w14:paraId="63DA02B8" w14:textId="77777777" w:rsidR="00A5019A" w:rsidRDefault="00A5019A" w:rsidP="00A5019A">
      <w:pPr>
        <w:jc w:val="center"/>
        <w:rPr>
          <w:b/>
          <w:bCs/>
          <w:color w:val="002060"/>
          <w:sz w:val="28"/>
          <w:szCs w:val="28"/>
        </w:rPr>
      </w:pPr>
      <w:proofErr w:type="spellStart"/>
      <w:r w:rsidRPr="00A5019A">
        <w:rPr>
          <w:b/>
          <w:bCs/>
          <w:color w:val="002060"/>
          <w:sz w:val="28"/>
          <w:szCs w:val="28"/>
        </w:rPr>
        <w:t>Detailný</w:t>
      </w:r>
      <w:proofErr w:type="spellEnd"/>
      <w:r w:rsidRPr="00A5019A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A5019A">
        <w:rPr>
          <w:b/>
          <w:bCs/>
          <w:color w:val="002060"/>
          <w:sz w:val="28"/>
          <w:szCs w:val="28"/>
        </w:rPr>
        <w:t>popis</w:t>
      </w:r>
      <w:proofErr w:type="spellEnd"/>
      <w:r w:rsidRPr="00A5019A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A5019A">
        <w:rPr>
          <w:b/>
          <w:bCs/>
          <w:color w:val="002060"/>
          <w:sz w:val="28"/>
          <w:szCs w:val="28"/>
        </w:rPr>
        <w:t>pracovnej</w:t>
      </w:r>
      <w:proofErr w:type="spellEnd"/>
      <w:r w:rsidRPr="00A5019A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A5019A">
        <w:rPr>
          <w:b/>
          <w:bCs/>
          <w:color w:val="002060"/>
          <w:sz w:val="28"/>
          <w:szCs w:val="28"/>
        </w:rPr>
        <w:t>pozície</w:t>
      </w:r>
      <w:proofErr w:type="spellEnd"/>
      <w:r w:rsidRPr="00A5019A">
        <w:rPr>
          <w:b/>
          <w:bCs/>
          <w:color w:val="002060"/>
          <w:sz w:val="28"/>
          <w:szCs w:val="28"/>
        </w:rPr>
        <w:t xml:space="preserve">: </w:t>
      </w:r>
      <w:proofErr w:type="spellStart"/>
      <w:r w:rsidRPr="00A5019A">
        <w:rPr>
          <w:b/>
          <w:bCs/>
          <w:color w:val="002060"/>
          <w:sz w:val="28"/>
          <w:szCs w:val="28"/>
        </w:rPr>
        <w:t>Zvárač</w:t>
      </w:r>
      <w:proofErr w:type="spellEnd"/>
      <w:r w:rsidRPr="00A5019A">
        <w:rPr>
          <w:b/>
          <w:bCs/>
          <w:color w:val="002060"/>
          <w:sz w:val="28"/>
          <w:szCs w:val="28"/>
        </w:rPr>
        <w:t xml:space="preserve"> MIG/MAG (135/136)</w:t>
      </w:r>
    </w:p>
    <w:p w14:paraId="3322722A" w14:textId="77777777" w:rsidR="00A5019A" w:rsidRPr="00A5019A" w:rsidRDefault="00A5019A" w:rsidP="00A5019A">
      <w:pPr>
        <w:jc w:val="center"/>
        <w:rPr>
          <w:b/>
          <w:bCs/>
          <w:color w:val="002060"/>
          <w:sz w:val="28"/>
          <w:szCs w:val="28"/>
        </w:rPr>
      </w:pPr>
    </w:p>
    <w:p w14:paraId="3DA74554" w14:textId="77777777" w:rsidR="00A5019A" w:rsidRPr="003B66FA" w:rsidRDefault="00A5019A" w:rsidP="00A5019A">
      <w:pPr>
        <w:jc w:val="both"/>
        <w:rPr>
          <w:b/>
          <w:bCs/>
        </w:rPr>
      </w:pPr>
      <w:r w:rsidRPr="003B66FA">
        <w:rPr>
          <w:b/>
          <w:bCs/>
        </w:rPr>
        <w:t xml:space="preserve">1. </w:t>
      </w:r>
      <w:proofErr w:type="spellStart"/>
      <w:r w:rsidRPr="003B66FA">
        <w:rPr>
          <w:b/>
          <w:bCs/>
        </w:rPr>
        <w:t>Úvod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pozície</w:t>
      </w:r>
      <w:proofErr w:type="spellEnd"/>
    </w:p>
    <w:p w14:paraId="551B845A" w14:textId="77777777" w:rsidR="00A5019A" w:rsidRPr="003B66FA" w:rsidRDefault="00A5019A" w:rsidP="00A5019A">
      <w:pPr>
        <w:jc w:val="both"/>
      </w:pPr>
      <w:proofErr w:type="spellStart"/>
      <w:r w:rsidRPr="003B66FA">
        <w:t>Pozícia</w:t>
      </w:r>
      <w:proofErr w:type="spellEnd"/>
      <w:r w:rsidRPr="003B66FA">
        <w:t xml:space="preserve"> </w:t>
      </w:r>
      <w:proofErr w:type="spellStart"/>
      <w:r w:rsidRPr="003B66FA">
        <w:rPr>
          <w:b/>
          <w:bCs/>
        </w:rPr>
        <w:t>zvárača</w:t>
      </w:r>
      <w:proofErr w:type="spellEnd"/>
      <w:r w:rsidRPr="003B66FA">
        <w:rPr>
          <w:b/>
          <w:bCs/>
        </w:rPr>
        <w:t xml:space="preserve"> MIG/MAG</w:t>
      </w:r>
      <w:r w:rsidRPr="003B66FA">
        <w:t xml:space="preserve"> je </w:t>
      </w:r>
      <w:proofErr w:type="spellStart"/>
      <w:r w:rsidRPr="003B66FA">
        <w:t>neoddeliteľnou</w:t>
      </w:r>
      <w:proofErr w:type="spellEnd"/>
      <w:r w:rsidRPr="003B66FA">
        <w:t xml:space="preserve"> </w:t>
      </w:r>
      <w:proofErr w:type="spellStart"/>
      <w:r w:rsidRPr="003B66FA">
        <w:t>súčasťou</w:t>
      </w:r>
      <w:proofErr w:type="spellEnd"/>
      <w:r w:rsidRPr="003B66FA">
        <w:t xml:space="preserve"> </w:t>
      </w:r>
      <w:proofErr w:type="spellStart"/>
      <w:r w:rsidRPr="003B66FA">
        <w:t>strojárskych</w:t>
      </w:r>
      <w:proofErr w:type="spellEnd"/>
      <w:r w:rsidRPr="003B66FA">
        <w:t xml:space="preserve">, </w:t>
      </w:r>
      <w:proofErr w:type="spellStart"/>
      <w:r w:rsidRPr="003B66FA">
        <w:t>stavebných</w:t>
      </w:r>
      <w:proofErr w:type="spellEnd"/>
      <w:r w:rsidRPr="003B66FA">
        <w:t xml:space="preserve"> a </w:t>
      </w:r>
      <w:proofErr w:type="spellStart"/>
      <w:r w:rsidRPr="003B66FA">
        <w:t>priemyselných</w:t>
      </w:r>
      <w:proofErr w:type="spellEnd"/>
      <w:r w:rsidRPr="003B66FA">
        <w:t xml:space="preserve"> </w:t>
      </w:r>
      <w:proofErr w:type="spellStart"/>
      <w:r w:rsidRPr="003B66FA">
        <w:t>prevádzok</w:t>
      </w:r>
      <w:proofErr w:type="spellEnd"/>
      <w:r w:rsidRPr="003B66FA">
        <w:t xml:space="preserve">, </w:t>
      </w:r>
      <w:proofErr w:type="spellStart"/>
      <w:r w:rsidRPr="003B66FA">
        <w:t>kde</w:t>
      </w:r>
      <w:proofErr w:type="spellEnd"/>
      <w:r w:rsidRPr="003B66FA">
        <w:t xml:space="preserve"> </w:t>
      </w:r>
      <w:proofErr w:type="spellStart"/>
      <w:r w:rsidRPr="003B66FA">
        <w:t>sa</w:t>
      </w:r>
      <w:proofErr w:type="spellEnd"/>
      <w:r w:rsidRPr="003B66FA">
        <w:t xml:space="preserve"> </w:t>
      </w:r>
      <w:proofErr w:type="spellStart"/>
      <w:r w:rsidRPr="003B66FA">
        <w:t>kladie</w:t>
      </w:r>
      <w:proofErr w:type="spellEnd"/>
      <w:r w:rsidRPr="003B66FA">
        <w:t xml:space="preserve"> </w:t>
      </w:r>
      <w:proofErr w:type="spellStart"/>
      <w:r w:rsidRPr="003B66FA">
        <w:t>dôraz</w:t>
      </w:r>
      <w:proofErr w:type="spellEnd"/>
      <w:r w:rsidRPr="003B66FA">
        <w:t xml:space="preserve"> </w:t>
      </w:r>
      <w:proofErr w:type="spellStart"/>
      <w:r w:rsidRPr="003B66FA">
        <w:t>na</w:t>
      </w:r>
      <w:proofErr w:type="spellEnd"/>
      <w:r w:rsidRPr="003B66FA">
        <w:t xml:space="preserve"> </w:t>
      </w:r>
      <w:proofErr w:type="spellStart"/>
      <w:r w:rsidRPr="003B66FA">
        <w:t>vysokú</w:t>
      </w:r>
      <w:proofErr w:type="spellEnd"/>
      <w:r w:rsidRPr="003B66FA">
        <w:t xml:space="preserve"> </w:t>
      </w:r>
      <w:proofErr w:type="spellStart"/>
      <w:r w:rsidRPr="003B66FA">
        <w:t>pevnosť</w:t>
      </w:r>
      <w:proofErr w:type="spellEnd"/>
      <w:r w:rsidRPr="003B66FA">
        <w:t xml:space="preserve">, </w:t>
      </w:r>
      <w:proofErr w:type="spellStart"/>
      <w:r w:rsidRPr="003B66FA">
        <w:t>presnosť</w:t>
      </w:r>
      <w:proofErr w:type="spellEnd"/>
      <w:r w:rsidRPr="003B66FA">
        <w:t xml:space="preserve"> a </w:t>
      </w:r>
      <w:proofErr w:type="spellStart"/>
      <w:r w:rsidRPr="003B66FA">
        <w:t>vizuálnu</w:t>
      </w:r>
      <w:proofErr w:type="spellEnd"/>
      <w:r w:rsidRPr="003B66FA">
        <w:t xml:space="preserve"> </w:t>
      </w:r>
      <w:proofErr w:type="spellStart"/>
      <w:r w:rsidRPr="003B66FA">
        <w:t>kvalitu</w:t>
      </w:r>
      <w:proofErr w:type="spellEnd"/>
      <w:r w:rsidRPr="003B66FA">
        <w:t xml:space="preserve"> </w:t>
      </w:r>
      <w:proofErr w:type="spellStart"/>
      <w:r w:rsidRPr="003B66FA">
        <w:t>zvarových</w:t>
      </w:r>
      <w:proofErr w:type="spellEnd"/>
      <w:r w:rsidRPr="003B66FA">
        <w:t xml:space="preserve"> </w:t>
      </w:r>
      <w:proofErr w:type="spellStart"/>
      <w:r w:rsidRPr="003B66FA">
        <w:t>spojov</w:t>
      </w:r>
      <w:proofErr w:type="spellEnd"/>
      <w:r w:rsidRPr="003B66FA">
        <w:t xml:space="preserve">. </w:t>
      </w:r>
      <w:proofErr w:type="spellStart"/>
      <w:r w:rsidRPr="003B66FA">
        <w:t>Tento</w:t>
      </w:r>
      <w:proofErr w:type="spellEnd"/>
      <w:r w:rsidRPr="003B66FA">
        <w:t xml:space="preserve"> </w:t>
      </w:r>
      <w:proofErr w:type="spellStart"/>
      <w:r w:rsidRPr="003B66FA">
        <w:t>odborník</w:t>
      </w:r>
      <w:proofErr w:type="spellEnd"/>
      <w:r w:rsidRPr="003B66FA">
        <w:t xml:space="preserve"> </w:t>
      </w:r>
      <w:proofErr w:type="spellStart"/>
      <w:r w:rsidRPr="003B66FA">
        <w:t>zodpovedá</w:t>
      </w:r>
      <w:proofErr w:type="spellEnd"/>
      <w:r w:rsidRPr="003B66FA">
        <w:t xml:space="preserve"> za </w:t>
      </w:r>
      <w:proofErr w:type="spellStart"/>
      <w:r w:rsidRPr="003B66FA">
        <w:t>spájanie</w:t>
      </w:r>
      <w:proofErr w:type="spellEnd"/>
      <w:r w:rsidRPr="003B66FA">
        <w:t xml:space="preserve"> </w:t>
      </w:r>
      <w:proofErr w:type="spellStart"/>
      <w:r w:rsidRPr="003B66FA">
        <w:t>kovových</w:t>
      </w:r>
      <w:proofErr w:type="spellEnd"/>
      <w:r w:rsidRPr="003B66FA">
        <w:t xml:space="preserve"> </w:t>
      </w:r>
      <w:proofErr w:type="spellStart"/>
      <w:r w:rsidRPr="003B66FA">
        <w:t>materiálov</w:t>
      </w:r>
      <w:proofErr w:type="spellEnd"/>
      <w:r w:rsidRPr="003B66FA">
        <w:t xml:space="preserve">, </w:t>
      </w:r>
      <w:proofErr w:type="spellStart"/>
      <w:r w:rsidRPr="003B66FA">
        <w:t>oceľových</w:t>
      </w:r>
      <w:proofErr w:type="spellEnd"/>
      <w:r w:rsidRPr="003B66FA">
        <w:t xml:space="preserve"> </w:t>
      </w:r>
      <w:proofErr w:type="spellStart"/>
      <w:r w:rsidRPr="003B66FA">
        <w:t>konštrukcií</w:t>
      </w:r>
      <w:proofErr w:type="spellEnd"/>
      <w:r w:rsidRPr="003B66FA">
        <w:t xml:space="preserve"> a </w:t>
      </w:r>
      <w:proofErr w:type="spellStart"/>
      <w:r w:rsidRPr="003B66FA">
        <w:t>dielcov</w:t>
      </w:r>
      <w:proofErr w:type="spellEnd"/>
      <w:r w:rsidRPr="003B66FA">
        <w:t xml:space="preserve"> </w:t>
      </w:r>
      <w:proofErr w:type="spellStart"/>
      <w:r w:rsidRPr="003B66FA">
        <w:t>pomocou</w:t>
      </w:r>
      <w:proofErr w:type="spellEnd"/>
      <w:r w:rsidRPr="003B66FA">
        <w:t xml:space="preserve"> </w:t>
      </w:r>
      <w:proofErr w:type="spellStart"/>
      <w:r w:rsidRPr="003B66FA">
        <w:t>poloautomatu</w:t>
      </w:r>
      <w:proofErr w:type="spellEnd"/>
      <w:r w:rsidRPr="003B66FA">
        <w:t xml:space="preserve"> v </w:t>
      </w:r>
      <w:proofErr w:type="spellStart"/>
      <w:r w:rsidRPr="003B66FA">
        <w:t>ochrannej</w:t>
      </w:r>
      <w:proofErr w:type="spellEnd"/>
      <w:r w:rsidRPr="003B66FA">
        <w:t xml:space="preserve"> </w:t>
      </w:r>
      <w:proofErr w:type="spellStart"/>
      <w:r w:rsidRPr="003B66FA">
        <w:t>atmosfére</w:t>
      </w:r>
      <w:proofErr w:type="spellEnd"/>
      <w:r w:rsidRPr="003B66FA">
        <w:t xml:space="preserve"> </w:t>
      </w:r>
      <w:proofErr w:type="spellStart"/>
      <w:r w:rsidRPr="003B66FA">
        <w:t>plynu</w:t>
      </w:r>
      <w:proofErr w:type="spellEnd"/>
      <w:r w:rsidRPr="003B66FA">
        <w:t xml:space="preserve">. </w:t>
      </w:r>
      <w:proofErr w:type="spellStart"/>
      <w:r w:rsidRPr="003B66FA">
        <w:t>Hľadáme</w:t>
      </w:r>
      <w:proofErr w:type="spellEnd"/>
      <w:r w:rsidRPr="003B66FA">
        <w:t xml:space="preserve"> </w:t>
      </w:r>
      <w:proofErr w:type="spellStart"/>
      <w:r w:rsidRPr="003B66FA">
        <w:t>kvalifikovaného</w:t>
      </w:r>
      <w:proofErr w:type="spellEnd"/>
      <w:r w:rsidRPr="003B66FA">
        <w:t xml:space="preserve">, </w:t>
      </w:r>
      <w:proofErr w:type="spellStart"/>
      <w:r w:rsidRPr="003B66FA">
        <w:t>precízneho</w:t>
      </w:r>
      <w:proofErr w:type="spellEnd"/>
      <w:r w:rsidRPr="003B66FA">
        <w:t xml:space="preserve"> a </w:t>
      </w:r>
      <w:proofErr w:type="spellStart"/>
      <w:r w:rsidRPr="003B66FA">
        <w:t>skúseného</w:t>
      </w:r>
      <w:proofErr w:type="spellEnd"/>
      <w:r w:rsidRPr="003B66FA">
        <w:t xml:space="preserve"> </w:t>
      </w:r>
      <w:proofErr w:type="spellStart"/>
      <w:r w:rsidRPr="003B66FA">
        <w:t>zvárača</w:t>
      </w:r>
      <w:proofErr w:type="spellEnd"/>
      <w:r w:rsidRPr="003B66FA">
        <w:t xml:space="preserve"> pre </w:t>
      </w:r>
      <w:proofErr w:type="spellStart"/>
      <w:r w:rsidRPr="003B66FA">
        <w:t>realizáciu</w:t>
      </w:r>
      <w:proofErr w:type="spellEnd"/>
      <w:r w:rsidRPr="003B66FA">
        <w:t xml:space="preserve"> </w:t>
      </w:r>
      <w:proofErr w:type="spellStart"/>
      <w:r w:rsidRPr="003B66FA">
        <w:t>náročných</w:t>
      </w:r>
      <w:proofErr w:type="spellEnd"/>
      <w:r w:rsidRPr="003B66FA">
        <w:t xml:space="preserve"> </w:t>
      </w:r>
      <w:proofErr w:type="spellStart"/>
      <w:r w:rsidRPr="003B66FA">
        <w:t>projektov</w:t>
      </w:r>
      <w:proofErr w:type="spellEnd"/>
      <w:r w:rsidRPr="003B66FA">
        <w:t>.</w:t>
      </w:r>
    </w:p>
    <w:p w14:paraId="1BB14C8F" w14:textId="77777777" w:rsidR="00A5019A" w:rsidRPr="003B66FA" w:rsidRDefault="00A5019A" w:rsidP="00A5019A">
      <w:pPr>
        <w:jc w:val="both"/>
        <w:rPr>
          <w:b/>
          <w:bCs/>
        </w:rPr>
      </w:pPr>
      <w:r w:rsidRPr="003B66FA">
        <w:rPr>
          <w:b/>
          <w:bCs/>
        </w:rPr>
        <w:t xml:space="preserve">2. </w:t>
      </w:r>
      <w:proofErr w:type="spellStart"/>
      <w:r w:rsidRPr="003B66FA">
        <w:rPr>
          <w:b/>
          <w:bCs/>
        </w:rPr>
        <w:t>Hlavné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povinnosti</w:t>
      </w:r>
      <w:proofErr w:type="spellEnd"/>
    </w:p>
    <w:p w14:paraId="7BD2D7F2" w14:textId="77777777" w:rsidR="00A5019A" w:rsidRPr="003B66FA" w:rsidRDefault="00A5019A" w:rsidP="00A5019A">
      <w:pPr>
        <w:numPr>
          <w:ilvl w:val="0"/>
          <w:numId w:val="16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Zváranie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metódou</w:t>
      </w:r>
      <w:proofErr w:type="spellEnd"/>
      <w:r w:rsidRPr="003B66FA">
        <w:rPr>
          <w:b/>
          <w:bCs/>
        </w:rPr>
        <w:t xml:space="preserve"> MIG/MAG:</w:t>
      </w:r>
      <w:r w:rsidRPr="003B66FA">
        <w:t xml:space="preserve"> </w:t>
      </w:r>
      <w:proofErr w:type="spellStart"/>
      <w:r w:rsidRPr="003B66FA">
        <w:t>Samostatné</w:t>
      </w:r>
      <w:proofErr w:type="spellEnd"/>
      <w:r w:rsidRPr="003B66FA">
        <w:t xml:space="preserve"> </w:t>
      </w:r>
      <w:proofErr w:type="spellStart"/>
      <w:r w:rsidRPr="003B66FA">
        <w:t>zváranie</w:t>
      </w:r>
      <w:proofErr w:type="spellEnd"/>
      <w:r w:rsidRPr="003B66FA">
        <w:t xml:space="preserve"> </w:t>
      </w:r>
      <w:proofErr w:type="spellStart"/>
      <w:r w:rsidRPr="003B66FA">
        <w:t>oceľových</w:t>
      </w:r>
      <w:proofErr w:type="spellEnd"/>
      <w:r w:rsidRPr="003B66FA">
        <w:t xml:space="preserve"> </w:t>
      </w:r>
      <w:proofErr w:type="spellStart"/>
      <w:r w:rsidRPr="003B66FA">
        <w:t>plechov</w:t>
      </w:r>
      <w:proofErr w:type="spellEnd"/>
      <w:r w:rsidRPr="003B66FA">
        <w:t xml:space="preserve">, </w:t>
      </w:r>
      <w:proofErr w:type="spellStart"/>
      <w:r w:rsidRPr="003B66FA">
        <w:t>profilov</w:t>
      </w:r>
      <w:proofErr w:type="spellEnd"/>
      <w:r w:rsidRPr="003B66FA">
        <w:t xml:space="preserve">, </w:t>
      </w:r>
      <w:proofErr w:type="spellStart"/>
      <w:r w:rsidRPr="003B66FA">
        <w:t>rúr</w:t>
      </w:r>
      <w:proofErr w:type="spellEnd"/>
      <w:r w:rsidRPr="003B66FA">
        <w:t xml:space="preserve"> a </w:t>
      </w:r>
      <w:proofErr w:type="spellStart"/>
      <w:r w:rsidRPr="003B66FA">
        <w:t>konštrukcií</w:t>
      </w:r>
      <w:proofErr w:type="spellEnd"/>
      <w:r w:rsidRPr="003B66FA">
        <w:t xml:space="preserve"> (</w:t>
      </w:r>
      <w:proofErr w:type="spellStart"/>
      <w:r w:rsidRPr="003B66FA">
        <w:t>metóda</w:t>
      </w:r>
      <w:proofErr w:type="spellEnd"/>
      <w:r w:rsidRPr="003B66FA">
        <w:t xml:space="preserve"> 135/136) </w:t>
      </w:r>
      <w:proofErr w:type="spellStart"/>
      <w:r w:rsidRPr="003B66FA">
        <w:t>podľa</w:t>
      </w:r>
      <w:proofErr w:type="spellEnd"/>
      <w:r w:rsidRPr="003B66FA">
        <w:t xml:space="preserve"> </w:t>
      </w:r>
      <w:proofErr w:type="spellStart"/>
      <w:r w:rsidRPr="003B66FA">
        <w:t>platných</w:t>
      </w:r>
      <w:proofErr w:type="spellEnd"/>
      <w:r w:rsidRPr="003B66FA">
        <w:t xml:space="preserve"> </w:t>
      </w:r>
      <w:proofErr w:type="spellStart"/>
      <w:r w:rsidRPr="003B66FA">
        <w:t>technologických</w:t>
      </w:r>
      <w:proofErr w:type="spellEnd"/>
      <w:r w:rsidRPr="003B66FA">
        <w:t xml:space="preserve"> </w:t>
      </w:r>
      <w:proofErr w:type="spellStart"/>
      <w:r w:rsidRPr="003B66FA">
        <w:t>postupov</w:t>
      </w:r>
      <w:proofErr w:type="spellEnd"/>
      <w:r w:rsidRPr="003B66FA">
        <w:t>.</w:t>
      </w:r>
    </w:p>
    <w:p w14:paraId="62B3627D" w14:textId="77777777" w:rsidR="00A5019A" w:rsidRPr="003B66FA" w:rsidRDefault="00A5019A" w:rsidP="00A5019A">
      <w:pPr>
        <w:numPr>
          <w:ilvl w:val="0"/>
          <w:numId w:val="16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Príprava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materiálu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Lícovanie</w:t>
      </w:r>
      <w:proofErr w:type="spellEnd"/>
      <w:r w:rsidRPr="003B66FA">
        <w:t xml:space="preserve">, </w:t>
      </w:r>
      <w:proofErr w:type="spellStart"/>
      <w:r w:rsidRPr="003B66FA">
        <w:t>čistenie</w:t>
      </w:r>
      <w:proofErr w:type="spellEnd"/>
      <w:r w:rsidRPr="003B66FA">
        <w:t xml:space="preserve">, </w:t>
      </w:r>
      <w:proofErr w:type="spellStart"/>
      <w:r w:rsidRPr="003B66FA">
        <w:t>brúsenie</w:t>
      </w:r>
      <w:proofErr w:type="spellEnd"/>
      <w:r w:rsidRPr="003B66FA">
        <w:t xml:space="preserve"> a </w:t>
      </w:r>
      <w:proofErr w:type="spellStart"/>
      <w:r w:rsidRPr="003B66FA">
        <w:t>predhrievanie</w:t>
      </w:r>
      <w:proofErr w:type="spellEnd"/>
      <w:r w:rsidRPr="003B66FA">
        <w:t xml:space="preserve"> </w:t>
      </w:r>
      <w:proofErr w:type="spellStart"/>
      <w:r w:rsidRPr="003B66FA">
        <w:t>materiálov</w:t>
      </w:r>
      <w:proofErr w:type="spellEnd"/>
      <w:r w:rsidRPr="003B66FA">
        <w:t xml:space="preserve"> pred </w:t>
      </w:r>
      <w:proofErr w:type="spellStart"/>
      <w:r w:rsidRPr="003B66FA">
        <w:t>zváraním</w:t>
      </w:r>
      <w:proofErr w:type="spellEnd"/>
      <w:r w:rsidRPr="003B66FA">
        <w:t xml:space="preserve">, </w:t>
      </w:r>
      <w:proofErr w:type="spellStart"/>
      <w:r w:rsidRPr="003B66FA">
        <w:t>kontrola</w:t>
      </w:r>
      <w:proofErr w:type="spellEnd"/>
      <w:r w:rsidRPr="003B66FA">
        <w:t xml:space="preserve"> </w:t>
      </w:r>
      <w:proofErr w:type="spellStart"/>
      <w:r w:rsidRPr="003B66FA">
        <w:t>lícovania</w:t>
      </w:r>
      <w:proofErr w:type="spellEnd"/>
      <w:r w:rsidRPr="003B66FA">
        <w:t xml:space="preserve"> a </w:t>
      </w:r>
      <w:proofErr w:type="spellStart"/>
      <w:r w:rsidRPr="003B66FA">
        <w:t>úkosovanie</w:t>
      </w:r>
      <w:proofErr w:type="spellEnd"/>
      <w:r w:rsidRPr="003B66FA">
        <w:t xml:space="preserve"> </w:t>
      </w:r>
      <w:proofErr w:type="spellStart"/>
      <w:r w:rsidRPr="003B66FA">
        <w:t>hrán</w:t>
      </w:r>
      <w:proofErr w:type="spellEnd"/>
      <w:r w:rsidRPr="003B66FA">
        <w:t>.</w:t>
      </w:r>
    </w:p>
    <w:p w14:paraId="16D62DC1" w14:textId="77777777" w:rsidR="00A5019A" w:rsidRPr="003B66FA" w:rsidRDefault="00A5019A" w:rsidP="00A5019A">
      <w:pPr>
        <w:numPr>
          <w:ilvl w:val="0"/>
          <w:numId w:val="16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Kontrola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kvality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zvarov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Vizuálna</w:t>
      </w:r>
      <w:proofErr w:type="spellEnd"/>
      <w:r w:rsidRPr="003B66FA">
        <w:t xml:space="preserve"> </w:t>
      </w:r>
      <w:proofErr w:type="spellStart"/>
      <w:r w:rsidRPr="003B66FA">
        <w:t>kontrola</w:t>
      </w:r>
      <w:proofErr w:type="spellEnd"/>
      <w:r w:rsidRPr="003B66FA">
        <w:t xml:space="preserve"> </w:t>
      </w:r>
      <w:proofErr w:type="spellStart"/>
      <w:r w:rsidRPr="003B66FA">
        <w:t>vyhotovených</w:t>
      </w:r>
      <w:proofErr w:type="spellEnd"/>
      <w:r w:rsidRPr="003B66FA">
        <w:t xml:space="preserve"> </w:t>
      </w:r>
      <w:proofErr w:type="spellStart"/>
      <w:r w:rsidRPr="003B66FA">
        <w:t>zvarov</w:t>
      </w:r>
      <w:proofErr w:type="spellEnd"/>
      <w:r w:rsidRPr="003B66FA">
        <w:t xml:space="preserve"> (</w:t>
      </w:r>
      <w:proofErr w:type="spellStart"/>
      <w:r w:rsidRPr="003B66FA">
        <w:t>kontrola</w:t>
      </w:r>
      <w:proofErr w:type="spellEnd"/>
      <w:r w:rsidRPr="003B66FA">
        <w:t xml:space="preserve"> </w:t>
      </w:r>
      <w:proofErr w:type="spellStart"/>
      <w:r w:rsidRPr="003B66FA">
        <w:t>rozmerov</w:t>
      </w:r>
      <w:proofErr w:type="spellEnd"/>
      <w:r w:rsidRPr="003B66FA">
        <w:t xml:space="preserve">, </w:t>
      </w:r>
      <w:proofErr w:type="spellStart"/>
      <w:r w:rsidRPr="003B66FA">
        <w:t>celistvosti</w:t>
      </w:r>
      <w:proofErr w:type="spellEnd"/>
      <w:r w:rsidRPr="003B66FA">
        <w:t xml:space="preserve">, </w:t>
      </w:r>
      <w:proofErr w:type="spellStart"/>
      <w:r w:rsidRPr="003B66FA">
        <w:t>absencie</w:t>
      </w:r>
      <w:proofErr w:type="spellEnd"/>
      <w:r w:rsidRPr="003B66FA">
        <w:t xml:space="preserve"> </w:t>
      </w:r>
      <w:proofErr w:type="spellStart"/>
      <w:r w:rsidRPr="003B66FA">
        <w:t>trhlín</w:t>
      </w:r>
      <w:proofErr w:type="spellEnd"/>
      <w:r w:rsidRPr="003B66FA">
        <w:t xml:space="preserve">, </w:t>
      </w:r>
      <w:proofErr w:type="spellStart"/>
      <w:r w:rsidRPr="003B66FA">
        <w:t>pórovitosti</w:t>
      </w:r>
      <w:proofErr w:type="spellEnd"/>
      <w:r w:rsidRPr="003B66FA">
        <w:t xml:space="preserve"> a </w:t>
      </w:r>
      <w:proofErr w:type="spellStart"/>
      <w:r w:rsidRPr="003B66FA">
        <w:t>podpaly</w:t>
      </w:r>
      <w:proofErr w:type="spellEnd"/>
      <w:r w:rsidRPr="003B66FA">
        <w:t xml:space="preserve">), </w:t>
      </w:r>
      <w:proofErr w:type="spellStart"/>
      <w:r w:rsidRPr="003B66FA">
        <w:t>prípadné</w:t>
      </w:r>
      <w:proofErr w:type="spellEnd"/>
      <w:r w:rsidRPr="003B66FA">
        <w:t xml:space="preserve"> </w:t>
      </w:r>
      <w:proofErr w:type="spellStart"/>
      <w:r w:rsidRPr="003B66FA">
        <w:t>čistenie</w:t>
      </w:r>
      <w:proofErr w:type="spellEnd"/>
      <w:r w:rsidRPr="003B66FA">
        <w:t xml:space="preserve"> </w:t>
      </w:r>
      <w:proofErr w:type="spellStart"/>
      <w:r w:rsidRPr="003B66FA">
        <w:t>strusky</w:t>
      </w:r>
      <w:proofErr w:type="spellEnd"/>
      <w:r w:rsidRPr="003B66FA">
        <w:t xml:space="preserve"> a </w:t>
      </w:r>
      <w:proofErr w:type="spellStart"/>
      <w:r w:rsidRPr="003B66FA">
        <w:t>brúsenie</w:t>
      </w:r>
      <w:proofErr w:type="spellEnd"/>
      <w:r w:rsidRPr="003B66FA">
        <w:t xml:space="preserve"> </w:t>
      </w:r>
      <w:proofErr w:type="spellStart"/>
      <w:r w:rsidRPr="003B66FA">
        <w:t>prebytočného</w:t>
      </w:r>
      <w:proofErr w:type="spellEnd"/>
      <w:r w:rsidRPr="003B66FA">
        <w:t xml:space="preserve"> </w:t>
      </w:r>
      <w:proofErr w:type="spellStart"/>
      <w:r w:rsidRPr="003B66FA">
        <w:t>kovu</w:t>
      </w:r>
      <w:proofErr w:type="spellEnd"/>
      <w:r w:rsidRPr="003B66FA">
        <w:t>.</w:t>
      </w:r>
    </w:p>
    <w:p w14:paraId="31A5FE82" w14:textId="77777777" w:rsidR="00A5019A" w:rsidRPr="003B66FA" w:rsidRDefault="00A5019A" w:rsidP="00A5019A">
      <w:pPr>
        <w:numPr>
          <w:ilvl w:val="0"/>
          <w:numId w:val="16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Obsluha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zariadenia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Nastavovanie</w:t>
      </w:r>
      <w:proofErr w:type="spellEnd"/>
      <w:r w:rsidRPr="003B66FA">
        <w:t xml:space="preserve"> </w:t>
      </w:r>
      <w:proofErr w:type="spellStart"/>
      <w:r w:rsidRPr="003B66FA">
        <w:t>zváracích</w:t>
      </w:r>
      <w:proofErr w:type="spellEnd"/>
      <w:r w:rsidRPr="003B66FA">
        <w:t xml:space="preserve"> </w:t>
      </w:r>
      <w:proofErr w:type="spellStart"/>
      <w:r w:rsidRPr="003B66FA">
        <w:t>parametrov</w:t>
      </w:r>
      <w:proofErr w:type="spellEnd"/>
      <w:r w:rsidRPr="003B66FA">
        <w:t xml:space="preserve"> (</w:t>
      </w:r>
      <w:proofErr w:type="spellStart"/>
      <w:r w:rsidRPr="003B66FA">
        <w:t>prúd</w:t>
      </w:r>
      <w:proofErr w:type="spellEnd"/>
      <w:r w:rsidRPr="003B66FA">
        <w:t xml:space="preserve">, </w:t>
      </w:r>
      <w:proofErr w:type="spellStart"/>
      <w:r w:rsidRPr="003B66FA">
        <w:t>napätie</w:t>
      </w:r>
      <w:proofErr w:type="spellEnd"/>
      <w:r w:rsidRPr="003B66FA">
        <w:t xml:space="preserve">, </w:t>
      </w:r>
      <w:proofErr w:type="spellStart"/>
      <w:r w:rsidRPr="003B66FA">
        <w:t>rýchlosť</w:t>
      </w:r>
      <w:proofErr w:type="spellEnd"/>
      <w:r w:rsidRPr="003B66FA">
        <w:t xml:space="preserve"> </w:t>
      </w:r>
      <w:proofErr w:type="spellStart"/>
      <w:r w:rsidRPr="003B66FA">
        <w:t>podávania</w:t>
      </w:r>
      <w:proofErr w:type="spellEnd"/>
      <w:r w:rsidRPr="003B66FA">
        <w:t xml:space="preserve"> </w:t>
      </w:r>
      <w:proofErr w:type="spellStart"/>
      <w:r w:rsidRPr="003B66FA">
        <w:t>drôtu</w:t>
      </w:r>
      <w:proofErr w:type="spellEnd"/>
      <w:r w:rsidRPr="003B66FA">
        <w:t xml:space="preserve">, </w:t>
      </w:r>
      <w:proofErr w:type="spellStart"/>
      <w:r w:rsidRPr="003B66FA">
        <w:t>prietok</w:t>
      </w:r>
      <w:proofErr w:type="spellEnd"/>
      <w:r w:rsidRPr="003B66FA">
        <w:t xml:space="preserve"> </w:t>
      </w:r>
      <w:proofErr w:type="spellStart"/>
      <w:r w:rsidRPr="003B66FA">
        <w:t>plynu</w:t>
      </w:r>
      <w:proofErr w:type="spellEnd"/>
      <w:r w:rsidRPr="003B66FA">
        <w:t xml:space="preserve">) v </w:t>
      </w:r>
      <w:proofErr w:type="spellStart"/>
      <w:r w:rsidRPr="003B66FA">
        <w:t>závislosti</w:t>
      </w:r>
      <w:proofErr w:type="spellEnd"/>
      <w:r w:rsidRPr="003B66FA">
        <w:t xml:space="preserve"> </w:t>
      </w:r>
      <w:proofErr w:type="spellStart"/>
      <w:r w:rsidRPr="003B66FA">
        <w:t>od</w:t>
      </w:r>
      <w:proofErr w:type="spellEnd"/>
      <w:r w:rsidRPr="003B66FA">
        <w:t xml:space="preserve"> </w:t>
      </w:r>
      <w:proofErr w:type="spellStart"/>
      <w:r w:rsidRPr="003B66FA">
        <w:t>hrúbky</w:t>
      </w:r>
      <w:proofErr w:type="spellEnd"/>
      <w:r w:rsidRPr="003B66FA">
        <w:t xml:space="preserve"> a </w:t>
      </w:r>
      <w:proofErr w:type="spellStart"/>
      <w:r w:rsidRPr="003B66FA">
        <w:t>typu</w:t>
      </w:r>
      <w:proofErr w:type="spellEnd"/>
      <w:r w:rsidRPr="003B66FA">
        <w:t xml:space="preserve"> </w:t>
      </w:r>
      <w:proofErr w:type="spellStart"/>
      <w:r w:rsidRPr="003B66FA">
        <w:t>materiálu</w:t>
      </w:r>
      <w:proofErr w:type="spellEnd"/>
      <w:r w:rsidRPr="003B66FA">
        <w:t>.</w:t>
      </w:r>
    </w:p>
    <w:p w14:paraId="4821A04F" w14:textId="77777777" w:rsidR="00A5019A" w:rsidRPr="003B66FA" w:rsidRDefault="00A5019A" w:rsidP="00A5019A">
      <w:pPr>
        <w:numPr>
          <w:ilvl w:val="0"/>
          <w:numId w:val="16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Spolupráca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na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výrobe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Úzka</w:t>
      </w:r>
      <w:proofErr w:type="spellEnd"/>
      <w:r w:rsidRPr="003B66FA">
        <w:t xml:space="preserve"> </w:t>
      </w:r>
      <w:proofErr w:type="spellStart"/>
      <w:r w:rsidRPr="003B66FA">
        <w:t>spolupráca</w:t>
      </w:r>
      <w:proofErr w:type="spellEnd"/>
      <w:r w:rsidRPr="003B66FA">
        <w:t xml:space="preserve"> so </w:t>
      </w:r>
      <w:proofErr w:type="spellStart"/>
      <w:r w:rsidRPr="003B66FA">
        <w:t>zámočníkmi</w:t>
      </w:r>
      <w:proofErr w:type="spellEnd"/>
      <w:r w:rsidRPr="003B66FA">
        <w:t xml:space="preserve">, </w:t>
      </w:r>
      <w:proofErr w:type="spellStart"/>
      <w:r w:rsidRPr="003B66FA">
        <w:t>montérmi</w:t>
      </w:r>
      <w:proofErr w:type="spellEnd"/>
      <w:r w:rsidRPr="003B66FA">
        <w:t xml:space="preserve"> a </w:t>
      </w:r>
      <w:proofErr w:type="spellStart"/>
      <w:r w:rsidRPr="003B66FA">
        <w:t>majstrami</w:t>
      </w:r>
      <w:proofErr w:type="spellEnd"/>
      <w:r w:rsidRPr="003B66FA">
        <w:t xml:space="preserve"> </w:t>
      </w:r>
      <w:proofErr w:type="spellStart"/>
      <w:r w:rsidRPr="003B66FA">
        <w:t>pri</w:t>
      </w:r>
      <w:proofErr w:type="spellEnd"/>
      <w:r w:rsidRPr="003B66FA">
        <w:t xml:space="preserve"> </w:t>
      </w:r>
      <w:proofErr w:type="spellStart"/>
      <w:r w:rsidRPr="003B66FA">
        <w:t>zostavovaní</w:t>
      </w:r>
      <w:proofErr w:type="spellEnd"/>
      <w:r w:rsidRPr="003B66FA">
        <w:t xml:space="preserve"> </w:t>
      </w:r>
      <w:proofErr w:type="spellStart"/>
      <w:r w:rsidRPr="003B66FA">
        <w:t>zložitých</w:t>
      </w:r>
      <w:proofErr w:type="spellEnd"/>
      <w:r w:rsidRPr="003B66FA">
        <w:t xml:space="preserve"> </w:t>
      </w:r>
      <w:proofErr w:type="spellStart"/>
      <w:r w:rsidRPr="003B66FA">
        <w:t>montážnych</w:t>
      </w:r>
      <w:proofErr w:type="spellEnd"/>
      <w:r w:rsidRPr="003B66FA">
        <w:t xml:space="preserve"> </w:t>
      </w:r>
      <w:proofErr w:type="spellStart"/>
      <w:r w:rsidRPr="003B66FA">
        <w:t>celkov</w:t>
      </w:r>
      <w:proofErr w:type="spellEnd"/>
      <w:r w:rsidRPr="003B66FA">
        <w:t>.</w:t>
      </w:r>
    </w:p>
    <w:p w14:paraId="4D0FE3CB" w14:textId="77777777" w:rsidR="00A5019A" w:rsidRPr="003B66FA" w:rsidRDefault="00A5019A" w:rsidP="00A5019A">
      <w:pPr>
        <w:numPr>
          <w:ilvl w:val="0"/>
          <w:numId w:val="16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Údržba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techniky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Bežná</w:t>
      </w:r>
      <w:proofErr w:type="spellEnd"/>
      <w:r w:rsidRPr="003B66FA">
        <w:t xml:space="preserve"> </w:t>
      </w:r>
      <w:proofErr w:type="spellStart"/>
      <w:r w:rsidRPr="003B66FA">
        <w:t>údržba</w:t>
      </w:r>
      <w:proofErr w:type="spellEnd"/>
      <w:r w:rsidRPr="003B66FA">
        <w:t xml:space="preserve"> </w:t>
      </w:r>
      <w:proofErr w:type="spellStart"/>
      <w:r w:rsidRPr="003B66FA">
        <w:t>zváracieho</w:t>
      </w:r>
      <w:proofErr w:type="spellEnd"/>
      <w:r w:rsidRPr="003B66FA">
        <w:t xml:space="preserve"> </w:t>
      </w:r>
      <w:proofErr w:type="spellStart"/>
      <w:r w:rsidRPr="003B66FA">
        <w:t>stroja</w:t>
      </w:r>
      <w:proofErr w:type="spellEnd"/>
      <w:r w:rsidRPr="003B66FA">
        <w:t xml:space="preserve">, </w:t>
      </w:r>
      <w:proofErr w:type="spellStart"/>
      <w:r w:rsidRPr="003B66FA">
        <w:t>výmena</w:t>
      </w:r>
      <w:proofErr w:type="spellEnd"/>
      <w:r w:rsidRPr="003B66FA">
        <w:t xml:space="preserve"> </w:t>
      </w:r>
      <w:proofErr w:type="spellStart"/>
      <w:r w:rsidRPr="003B66FA">
        <w:t>opotrebovaných</w:t>
      </w:r>
      <w:proofErr w:type="spellEnd"/>
      <w:r w:rsidRPr="003B66FA">
        <w:t xml:space="preserve"> </w:t>
      </w:r>
      <w:proofErr w:type="spellStart"/>
      <w:r w:rsidRPr="003B66FA">
        <w:t>dielov</w:t>
      </w:r>
      <w:proofErr w:type="spellEnd"/>
      <w:r w:rsidRPr="003B66FA">
        <w:t xml:space="preserve"> </w:t>
      </w:r>
      <w:proofErr w:type="spellStart"/>
      <w:r w:rsidRPr="003B66FA">
        <w:t>horáka</w:t>
      </w:r>
      <w:proofErr w:type="spellEnd"/>
      <w:r w:rsidRPr="003B66FA">
        <w:t xml:space="preserve"> (</w:t>
      </w:r>
      <w:proofErr w:type="spellStart"/>
      <w:r w:rsidRPr="003B66FA">
        <w:t>kontaktné</w:t>
      </w:r>
      <w:proofErr w:type="spellEnd"/>
      <w:r w:rsidRPr="003B66FA">
        <w:t xml:space="preserve"> </w:t>
      </w:r>
      <w:proofErr w:type="spellStart"/>
      <w:r w:rsidRPr="003B66FA">
        <w:t>špičky</w:t>
      </w:r>
      <w:proofErr w:type="spellEnd"/>
      <w:r w:rsidRPr="003B66FA">
        <w:t xml:space="preserve">, </w:t>
      </w:r>
      <w:proofErr w:type="spellStart"/>
      <w:r w:rsidRPr="003B66FA">
        <w:t>hubice</w:t>
      </w:r>
      <w:proofErr w:type="spellEnd"/>
      <w:r w:rsidRPr="003B66FA">
        <w:t xml:space="preserve">) a </w:t>
      </w:r>
      <w:proofErr w:type="spellStart"/>
      <w:r w:rsidRPr="003B66FA">
        <w:t>kontrola</w:t>
      </w:r>
      <w:proofErr w:type="spellEnd"/>
      <w:r w:rsidRPr="003B66FA">
        <w:t xml:space="preserve"> </w:t>
      </w:r>
      <w:proofErr w:type="spellStart"/>
      <w:r w:rsidRPr="003B66FA">
        <w:t>zásoby</w:t>
      </w:r>
      <w:proofErr w:type="spellEnd"/>
      <w:r w:rsidRPr="003B66FA">
        <w:t xml:space="preserve"> </w:t>
      </w:r>
      <w:proofErr w:type="spellStart"/>
      <w:r w:rsidRPr="003B66FA">
        <w:t>plynu</w:t>
      </w:r>
      <w:proofErr w:type="spellEnd"/>
      <w:r w:rsidRPr="003B66FA">
        <w:t>.</w:t>
      </w:r>
    </w:p>
    <w:p w14:paraId="75A2CE91" w14:textId="77777777" w:rsidR="00A5019A" w:rsidRPr="003B66FA" w:rsidRDefault="00A5019A" w:rsidP="00A5019A">
      <w:pPr>
        <w:jc w:val="both"/>
        <w:rPr>
          <w:b/>
          <w:bCs/>
        </w:rPr>
      </w:pPr>
      <w:r w:rsidRPr="003B66FA">
        <w:rPr>
          <w:b/>
          <w:bCs/>
        </w:rPr>
        <w:t xml:space="preserve">3. </w:t>
      </w:r>
      <w:proofErr w:type="spellStart"/>
      <w:r w:rsidRPr="003B66FA">
        <w:rPr>
          <w:b/>
          <w:bCs/>
        </w:rPr>
        <w:t>Požadované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schopnosti</w:t>
      </w:r>
      <w:proofErr w:type="spellEnd"/>
      <w:r w:rsidRPr="003B66FA">
        <w:rPr>
          <w:b/>
          <w:bCs/>
        </w:rPr>
        <w:t xml:space="preserve"> a </w:t>
      </w:r>
      <w:proofErr w:type="spellStart"/>
      <w:r w:rsidRPr="003B66FA">
        <w:rPr>
          <w:b/>
          <w:bCs/>
        </w:rPr>
        <w:t>zručnosti</w:t>
      </w:r>
      <w:proofErr w:type="spellEnd"/>
    </w:p>
    <w:p w14:paraId="01DB7921" w14:textId="77777777" w:rsidR="00A5019A" w:rsidRPr="003B66FA" w:rsidRDefault="00A5019A" w:rsidP="00A5019A">
      <w:pPr>
        <w:numPr>
          <w:ilvl w:val="0"/>
          <w:numId w:val="17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Technické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znalosti</w:t>
      </w:r>
      <w:proofErr w:type="spellEnd"/>
      <w:r w:rsidRPr="003B66FA">
        <w:rPr>
          <w:b/>
          <w:bCs/>
        </w:rPr>
        <w:t>:</w:t>
      </w:r>
    </w:p>
    <w:p w14:paraId="5BC2A28E" w14:textId="77777777" w:rsidR="00A5019A" w:rsidRPr="003B66FA" w:rsidRDefault="00A5019A" w:rsidP="00A5019A">
      <w:pPr>
        <w:numPr>
          <w:ilvl w:val="1"/>
          <w:numId w:val="17"/>
        </w:numPr>
        <w:spacing w:after="160" w:line="259" w:lineRule="auto"/>
        <w:jc w:val="both"/>
      </w:pPr>
      <w:proofErr w:type="spellStart"/>
      <w:r w:rsidRPr="003B66FA">
        <w:t>Bezchybná</w:t>
      </w:r>
      <w:proofErr w:type="spellEnd"/>
      <w:r w:rsidRPr="003B66FA">
        <w:t xml:space="preserve"> </w:t>
      </w:r>
      <w:proofErr w:type="spellStart"/>
      <w:r w:rsidRPr="003B66FA">
        <w:t>znalosť</w:t>
      </w:r>
      <w:proofErr w:type="spellEnd"/>
      <w:r w:rsidRPr="003B66FA">
        <w:t xml:space="preserve"> </w:t>
      </w:r>
      <w:proofErr w:type="spellStart"/>
      <w:r w:rsidRPr="003B66FA">
        <w:t>čítania</w:t>
      </w:r>
      <w:proofErr w:type="spellEnd"/>
      <w:r w:rsidRPr="003B66FA">
        <w:t xml:space="preserve"> </w:t>
      </w:r>
      <w:proofErr w:type="spellStart"/>
      <w:r w:rsidRPr="003B66FA">
        <w:t>technických</w:t>
      </w:r>
      <w:proofErr w:type="spellEnd"/>
      <w:r w:rsidRPr="003B66FA">
        <w:t xml:space="preserve"> </w:t>
      </w:r>
      <w:proofErr w:type="spellStart"/>
      <w:r w:rsidRPr="003B66FA">
        <w:t>výkresov</w:t>
      </w:r>
      <w:proofErr w:type="spellEnd"/>
      <w:r w:rsidRPr="003B66FA">
        <w:t xml:space="preserve"> </w:t>
      </w:r>
      <w:proofErr w:type="gramStart"/>
      <w:r w:rsidRPr="003B66FA">
        <w:t>a</w:t>
      </w:r>
      <w:proofErr w:type="gramEnd"/>
      <w:r w:rsidRPr="003B66FA">
        <w:t xml:space="preserve"> </w:t>
      </w:r>
      <w:proofErr w:type="spellStart"/>
      <w:r w:rsidRPr="003B66FA">
        <w:t>orientácia</w:t>
      </w:r>
      <w:proofErr w:type="spellEnd"/>
      <w:r w:rsidRPr="003B66FA">
        <w:t xml:space="preserve"> v </w:t>
      </w:r>
      <w:proofErr w:type="spellStart"/>
      <w:r w:rsidRPr="003B66FA">
        <w:t>zváracích</w:t>
      </w:r>
      <w:proofErr w:type="spellEnd"/>
      <w:r w:rsidRPr="003B66FA">
        <w:t xml:space="preserve"> </w:t>
      </w:r>
      <w:proofErr w:type="spellStart"/>
      <w:r w:rsidRPr="003B66FA">
        <w:t>symboloch</w:t>
      </w:r>
      <w:proofErr w:type="spellEnd"/>
      <w:r w:rsidRPr="003B66FA">
        <w:t xml:space="preserve"> (</w:t>
      </w:r>
      <w:proofErr w:type="spellStart"/>
      <w:r w:rsidRPr="003B66FA">
        <w:t>značenie</w:t>
      </w:r>
      <w:proofErr w:type="spellEnd"/>
      <w:r w:rsidRPr="003B66FA">
        <w:t xml:space="preserve"> </w:t>
      </w:r>
      <w:proofErr w:type="spellStart"/>
      <w:r w:rsidRPr="003B66FA">
        <w:t>zvarov</w:t>
      </w:r>
      <w:proofErr w:type="spellEnd"/>
      <w:r w:rsidRPr="003B66FA">
        <w:t xml:space="preserve"> </w:t>
      </w:r>
      <w:proofErr w:type="spellStart"/>
      <w:r w:rsidRPr="003B66FA">
        <w:t>podľa</w:t>
      </w:r>
      <w:proofErr w:type="spellEnd"/>
      <w:r w:rsidRPr="003B66FA">
        <w:t xml:space="preserve"> </w:t>
      </w:r>
      <w:proofErr w:type="spellStart"/>
      <w:r w:rsidRPr="003B66FA">
        <w:t>noriem</w:t>
      </w:r>
      <w:proofErr w:type="spellEnd"/>
      <w:r w:rsidRPr="003B66FA">
        <w:t>).</w:t>
      </w:r>
    </w:p>
    <w:p w14:paraId="54E30AF0" w14:textId="77777777" w:rsidR="00A5019A" w:rsidRPr="003B66FA" w:rsidRDefault="00A5019A" w:rsidP="00A5019A">
      <w:pPr>
        <w:numPr>
          <w:ilvl w:val="1"/>
          <w:numId w:val="17"/>
        </w:numPr>
        <w:spacing w:after="160" w:line="259" w:lineRule="auto"/>
        <w:jc w:val="both"/>
      </w:pPr>
      <w:proofErr w:type="spellStart"/>
      <w:r w:rsidRPr="003B66FA">
        <w:lastRenderedPageBreak/>
        <w:t>Hlboké</w:t>
      </w:r>
      <w:proofErr w:type="spellEnd"/>
      <w:r w:rsidRPr="003B66FA">
        <w:t xml:space="preserve"> </w:t>
      </w:r>
      <w:proofErr w:type="spellStart"/>
      <w:r w:rsidRPr="003B66FA">
        <w:t>znalosti</w:t>
      </w:r>
      <w:proofErr w:type="spellEnd"/>
      <w:r w:rsidRPr="003B66FA">
        <w:t xml:space="preserve"> </w:t>
      </w:r>
      <w:proofErr w:type="spellStart"/>
      <w:r w:rsidRPr="003B66FA">
        <w:t>správania</w:t>
      </w:r>
      <w:proofErr w:type="spellEnd"/>
      <w:r w:rsidRPr="003B66FA">
        <w:t xml:space="preserve"> </w:t>
      </w:r>
      <w:proofErr w:type="spellStart"/>
      <w:r w:rsidRPr="003B66FA">
        <w:t>sa</w:t>
      </w:r>
      <w:proofErr w:type="spellEnd"/>
      <w:r w:rsidRPr="003B66FA">
        <w:t xml:space="preserve"> </w:t>
      </w:r>
      <w:proofErr w:type="spellStart"/>
      <w:r w:rsidRPr="003B66FA">
        <w:t>kovov</w:t>
      </w:r>
      <w:proofErr w:type="spellEnd"/>
      <w:r w:rsidRPr="003B66FA">
        <w:t xml:space="preserve"> </w:t>
      </w:r>
      <w:proofErr w:type="spellStart"/>
      <w:r w:rsidRPr="003B66FA">
        <w:t>pri</w:t>
      </w:r>
      <w:proofErr w:type="spellEnd"/>
      <w:r w:rsidRPr="003B66FA">
        <w:t xml:space="preserve"> </w:t>
      </w:r>
      <w:proofErr w:type="spellStart"/>
      <w:r w:rsidRPr="003B66FA">
        <w:t>zváraní</w:t>
      </w:r>
      <w:proofErr w:type="spellEnd"/>
      <w:r w:rsidRPr="003B66FA">
        <w:t xml:space="preserve"> (</w:t>
      </w:r>
      <w:proofErr w:type="spellStart"/>
      <w:r w:rsidRPr="003B66FA">
        <w:t>deformácie</w:t>
      </w:r>
      <w:proofErr w:type="spellEnd"/>
      <w:r w:rsidRPr="003B66FA">
        <w:t xml:space="preserve">, </w:t>
      </w:r>
      <w:proofErr w:type="spellStart"/>
      <w:r w:rsidRPr="003B66FA">
        <w:t>zmrašťovanie</w:t>
      </w:r>
      <w:proofErr w:type="spellEnd"/>
      <w:r w:rsidRPr="003B66FA">
        <w:t xml:space="preserve">) a </w:t>
      </w:r>
      <w:proofErr w:type="spellStart"/>
      <w:r w:rsidRPr="003B66FA">
        <w:t>spôsoby</w:t>
      </w:r>
      <w:proofErr w:type="spellEnd"/>
      <w:r w:rsidRPr="003B66FA">
        <w:t xml:space="preserve"> ich </w:t>
      </w:r>
      <w:proofErr w:type="spellStart"/>
      <w:r w:rsidRPr="003B66FA">
        <w:t>minimalizácie</w:t>
      </w:r>
      <w:proofErr w:type="spellEnd"/>
      <w:r w:rsidRPr="003B66FA">
        <w:t>.</w:t>
      </w:r>
    </w:p>
    <w:p w14:paraId="25277281" w14:textId="77777777" w:rsidR="00A5019A" w:rsidRPr="003B66FA" w:rsidRDefault="00A5019A" w:rsidP="00A5019A">
      <w:pPr>
        <w:numPr>
          <w:ilvl w:val="1"/>
          <w:numId w:val="17"/>
        </w:numPr>
        <w:spacing w:after="160" w:line="259" w:lineRule="auto"/>
        <w:jc w:val="both"/>
      </w:pPr>
      <w:proofErr w:type="spellStart"/>
      <w:r w:rsidRPr="003B66FA">
        <w:t>Znalosť</w:t>
      </w:r>
      <w:proofErr w:type="spellEnd"/>
      <w:r w:rsidRPr="003B66FA">
        <w:t xml:space="preserve"> </w:t>
      </w:r>
      <w:proofErr w:type="spellStart"/>
      <w:r w:rsidRPr="003B66FA">
        <w:t>vlastností</w:t>
      </w:r>
      <w:proofErr w:type="spellEnd"/>
      <w:r w:rsidRPr="003B66FA">
        <w:t xml:space="preserve"> </w:t>
      </w:r>
      <w:proofErr w:type="spellStart"/>
      <w:r w:rsidRPr="003B66FA">
        <w:t>rôznych</w:t>
      </w:r>
      <w:proofErr w:type="spellEnd"/>
      <w:r w:rsidRPr="003B66FA">
        <w:t xml:space="preserve"> </w:t>
      </w:r>
      <w:proofErr w:type="spellStart"/>
      <w:r w:rsidRPr="003B66FA">
        <w:t>druhov</w:t>
      </w:r>
      <w:proofErr w:type="spellEnd"/>
      <w:r w:rsidRPr="003B66FA">
        <w:t xml:space="preserve"> </w:t>
      </w:r>
      <w:proofErr w:type="spellStart"/>
      <w:r w:rsidRPr="003B66FA">
        <w:t>prídavných</w:t>
      </w:r>
      <w:proofErr w:type="spellEnd"/>
      <w:r w:rsidRPr="003B66FA">
        <w:t xml:space="preserve"> </w:t>
      </w:r>
      <w:proofErr w:type="spellStart"/>
      <w:r w:rsidRPr="003B66FA">
        <w:t>materiálov</w:t>
      </w:r>
      <w:proofErr w:type="spellEnd"/>
      <w:r w:rsidRPr="003B66FA">
        <w:t xml:space="preserve"> (</w:t>
      </w:r>
      <w:proofErr w:type="spellStart"/>
      <w:r w:rsidRPr="003B66FA">
        <w:t>drôtov</w:t>
      </w:r>
      <w:proofErr w:type="spellEnd"/>
      <w:r w:rsidRPr="003B66FA">
        <w:t xml:space="preserve">) </w:t>
      </w:r>
      <w:proofErr w:type="gramStart"/>
      <w:r w:rsidRPr="003B66FA">
        <w:t>a</w:t>
      </w:r>
      <w:proofErr w:type="gramEnd"/>
      <w:r w:rsidRPr="003B66FA">
        <w:t xml:space="preserve"> </w:t>
      </w:r>
      <w:proofErr w:type="spellStart"/>
      <w:r w:rsidRPr="003B66FA">
        <w:t>ochranných</w:t>
      </w:r>
      <w:proofErr w:type="spellEnd"/>
      <w:r w:rsidRPr="003B66FA">
        <w:t xml:space="preserve"> </w:t>
      </w:r>
      <w:proofErr w:type="spellStart"/>
      <w:r w:rsidRPr="003B66FA">
        <w:t>plynov</w:t>
      </w:r>
      <w:proofErr w:type="spellEnd"/>
      <w:r w:rsidRPr="003B66FA">
        <w:t xml:space="preserve"> (Argon, CO2, </w:t>
      </w:r>
      <w:proofErr w:type="spellStart"/>
      <w:r w:rsidRPr="003B66FA">
        <w:t>zmesi</w:t>
      </w:r>
      <w:proofErr w:type="spellEnd"/>
      <w:r w:rsidRPr="003B66FA">
        <w:t>).</w:t>
      </w:r>
    </w:p>
    <w:p w14:paraId="7560861E" w14:textId="77777777" w:rsidR="00A5019A" w:rsidRPr="003B66FA" w:rsidRDefault="00A5019A" w:rsidP="00A5019A">
      <w:pPr>
        <w:numPr>
          <w:ilvl w:val="0"/>
          <w:numId w:val="17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Manuálna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zručnosť</w:t>
      </w:r>
      <w:proofErr w:type="spellEnd"/>
      <w:r w:rsidRPr="003B66FA">
        <w:rPr>
          <w:b/>
          <w:bCs/>
        </w:rPr>
        <w:t>:</w:t>
      </w:r>
    </w:p>
    <w:p w14:paraId="13062323" w14:textId="77777777" w:rsidR="00A5019A" w:rsidRPr="003B66FA" w:rsidRDefault="00A5019A" w:rsidP="00A5019A">
      <w:pPr>
        <w:numPr>
          <w:ilvl w:val="1"/>
          <w:numId w:val="17"/>
        </w:numPr>
        <w:spacing w:after="160" w:line="259" w:lineRule="auto"/>
        <w:jc w:val="both"/>
      </w:pPr>
      <w:proofErr w:type="spellStart"/>
      <w:r w:rsidRPr="003B66FA">
        <w:t>Vynikajúca</w:t>
      </w:r>
      <w:proofErr w:type="spellEnd"/>
      <w:r w:rsidRPr="003B66FA">
        <w:t xml:space="preserve"> </w:t>
      </w:r>
      <w:proofErr w:type="spellStart"/>
      <w:r w:rsidRPr="003B66FA">
        <w:t>stabilita</w:t>
      </w:r>
      <w:proofErr w:type="spellEnd"/>
      <w:r w:rsidRPr="003B66FA">
        <w:t xml:space="preserve"> </w:t>
      </w:r>
      <w:proofErr w:type="spellStart"/>
      <w:r w:rsidRPr="003B66FA">
        <w:t>rúk</w:t>
      </w:r>
      <w:proofErr w:type="spellEnd"/>
      <w:r w:rsidRPr="003B66FA">
        <w:t xml:space="preserve">, </w:t>
      </w:r>
      <w:proofErr w:type="spellStart"/>
      <w:r w:rsidRPr="003B66FA">
        <w:t>priestorové</w:t>
      </w:r>
      <w:proofErr w:type="spellEnd"/>
      <w:r w:rsidRPr="003B66FA">
        <w:t xml:space="preserve"> </w:t>
      </w:r>
      <w:proofErr w:type="spellStart"/>
      <w:r w:rsidRPr="003B66FA">
        <w:t>vnímanie</w:t>
      </w:r>
      <w:proofErr w:type="spellEnd"/>
      <w:r w:rsidRPr="003B66FA">
        <w:t xml:space="preserve"> a </w:t>
      </w:r>
      <w:proofErr w:type="spellStart"/>
      <w:r w:rsidRPr="003B66FA">
        <w:t>cit</w:t>
      </w:r>
      <w:proofErr w:type="spellEnd"/>
      <w:r w:rsidRPr="003B66FA">
        <w:t xml:space="preserve"> pre </w:t>
      </w:r>
      <w:proofErr w:type="spellStart"/>
      <w:r w:rsidRPr="003B66FA">
        <w:t>rovnomerný</w:t>
      </w:r>
      <w:proofErr w:type="spellEnd"/>
      <w:r w:rsidRPr="003B66FA">
        <w:t xml:space="preserve"> </w:t>
      </w:r>
      <w:proofErr w:type="spellStart"/>
      <w:r w:rsidRPr="003B66FA">
        <w:t>pohyb</w:t>
      </w:r>
      <w:proofErr w:type="spellEnd"/>
      <w:r w:rsidRPr="003B66FA">
        <w:t xml:space="preserve"> </w:t>
      </w:r>
      <w:proofErr w:type="spellStart"/>
      <w:r w:rsidRPr="003B66FA">
        <w:t>zváracieho</w:t>
      </w:r>
      <w:proofErr w:type="spellEnd"/>
      <w:r w:rsidRPr="003B66FA">
        <w:t xml:space="preserve"> </w:t>
      </w:r>
      <w:proofErr w:type="spellStart"/>
      <w:r w:rsidRPr="003B66FA">
        <w:t>horáka</w:t>
      </w:r>
      <w:proofErr w:type="spellEnd"/>
      <w:r w:rsidRPr="003B66FA">
        <w:t>.</w:t>
      </w:r>
    </w:p>
    <w:p w14:paraId="6D7EC177" w14:textId="77777777" w:rsidR="00A5019A" w:rsidRPr="003B66FA" w:rsidRDefault="00A5019A" w:rsidP="00A5019A">
      <w:pPr>
        <w:numPr>
          <w:ilvl w:val="0"/>
          <w:numId w:val="17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Pracovný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prístup</w:t>
      </w:r>
      <w:proofErr w:type="spellEnd"/>
      <w:r w:rsidRPr="003B66FA">
        <w:rPr>
          <w:b/>
          <w:bCs/>
        </w:rPr>
        <w:t>:</w:t>
      </w:r>
    </w:p>
    <w:p w14:paraId="32D0E492" w14:textId="77777777" w:rsidR="00A5019A" w:rsidRPr="003B66FA" w:rsidRDefault="00A5019A" w:rsidP="00A5019A">
      <w:pPr>
        <w:numPr>
          <w:ilvl w:val="1"/>
          <w:numId w:val="17"/>
        </w:numPr>
        <w:spacing w:after="160" w:line="259" w:lineRule="auto"/>
        <w:jc w:val="both"/>
      </w:pPr>
      <w:proofErr w:type="spellStart"/>
      <w:r w:rsidRPr="003B66FA">
        <w:t>Zodpovedný</w:t>
      </w:r>
      <w:proofErr w:type="spellEnd"/>
      <w:r w:rsidRPr="003B66FA">
        <w:t xml:space="preserve"> </w:t>
      </w:r>
      <w:proofErr w:type="spellStart"/>
      <w:r w:rsidRPr="003B66FA">
        <w:t>prístup</w:t>
      </w:r>
      <w:proofErr w:type="spellEnd"/>
      <w:r w:rsidRPr="003B66FA">
        <w:t xml:space="preserve"> </w:t>
      </w:r>
      <w:proofErr w:type="spellStart"/>
      <w:r w:rsidRPr="003B66FA">
        <w:t>ku</w:t>
      </w:r>
      <w:proofErr w:type="spellEnd"/>
      <w:r w:rsidRPr="003B66FA">
        <w:t xml:space="preserve"> </w:t>
      </w:r>
      <w:proofErr w:type="spellStart"/>
      <w:r w:rsidRPr="003B66FA">
        <w:t>kvalite</w:t>
      </w:r>
      <w:proofErr w:type="spellEnd"/>
      <w:r w:rsidRPr="003B66FA">
        <w:t xml:space="preserve"> </w:t>
      </w:r>
      <w:proofErr w:type="spellStart"/>
      <w:r w:rsidRPr="003B66FA">
        <w:t>odvedenej</w:t>
      </w:r>
      <w:proofErr w:type="spellEnd"/>
      <w:r w:rsidRPr="003B66FA">
        <w:t xml:space="preserve"> </w:t>
      </w:r>
      <w:proofErr w:type="spellStart"/>
      <w:r w:rsidRPr="003B66FA">
        <w:t>práce</w:t>
      </w:r>
      <w:proofErr w:type="spellEnd"/>
      <w:r w:rsidRPr="003B66FA">
        <w:t xml:space="preserve">, </w:t>
      </w:r>
      <w:proofErr w:type="spellStart"/>
      <w:r w:rsidRPr="003B66FA">
        <w:t>samostatnosť</w:t>
      </w:r>
      <w:proofErr w:type="spellEnd"/>
      <w:r w:rsidRPr="003B66FA">
        <w:t xml:space="preserve"> </w:t>
      </w:r>
      <w:proofErr w:type="spellStart"/>
      <w:r w:rsidRPr="003B66FA">
        <w:t>pri</w:t>
      </w:r>
      <w:proofErr w:type="spellEnd"/>
      <w:r w:rsidRPr="003B66FA">
        <w:t xml:space="preserve"> </w:t>
      </w:r>
      <w:proofErr w:type="spellStart"/>
      <w:r w:rsidRPr="003B66FA">
        <w:t>nastavovaní</w:t>
      </w:r>
      <w:proofErr w:type="spellEnd"/>
      <w:r w:rsidRPr="003B66FA">
        <w:t xml:space="preserve"> </w:t>
      </w:r>
      <w:proofErr w:type="spellStart"/>
      <w:r w:rsidRPr="003B66FA">
        <w:t>technológie</w:t>
      </w:r>
      <w:proofErr w:type="spellEnd"/>
      <w:r w:rsidRPr="003B66FA">
        <w:t xml:space="preserve"> a </w:t>
      </w:r>
      <w:proofErr w:type="spellStart"/>
      <w:r w:rsidRPr="003B66FA">
        <w:t>dôraz</w:t>
      </w:r>
      <w:proofErr w:type="spellEnd"/>
      <w:r w:rsidRPr="003B66FA">
        <w:t xml:space="preserve"> </w:t>
      </w:r>
      <w:proofErr w:type="spellStart"/>
      <w:r w:rsidRPr="003B66FA">
        <w:t>na</w:t>
      </w:r>
      <w:proofErr w:type="spellEnd"/>
      <w:r w:rsidRPr="003B66FA">
        <w:t xml:space="preserve"> </w:t>
      </w:r>
      <w:proofErr w:type="spellStart"/>
      <w:r w:rsidRPr="003B66FA">
        <w:t>bezpečnosť</w:t>
      </w:r>
      <w:proofErr w:type="spellEnd"/>
      <w:r w:rsidRPr="003B66FA">
        <w:t>.</w:t>
      </w:r>
    </w:p>
    <w:p w14:paraId="12DD9613" w14:textId="77777777" w:rsidR="00A5019A" w:rsidRPr="003B66FA" w:rsidRDefault="00A5019A" w:rsidP="00A5019A">
      <w:pPr>
        <w:jc w:val="both"/>
        <w:rPr>
          <w:b/>
          <w:bCs/>
        </w:rPr>
      </w:pPr>
      <w:r w:rsidRPr="003B66FA">
        <w:rPr>
          <w:b/>
          <w:bCs/>
        </w:rPr>
        <w:t xml:space="preserve">4. </w:t>
      </w:r>
      <w:proofErr w:type="spellStart"/>
      <w:r w:rsidRPr="003B66FA">
        <w:rPr>
          <w:b/>
          <w:bCs/>
        </w:rPr>
        <w:t>Požadované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vzdelanie</w:t>
      </w:r>
      <w:proofErr w:type="spellEnd"/>
      <w:r w:rsidRPr="003B66FA">
        <w:rPr>
          <w:b/>
          <w:bCs/>
        </w:rPr>
        <w:t xml:space="preserve"> a </w:t>
      </w:r>
      <w:proofErr w:type="spellStart"/>
      <w:r w:rsidRPr="003B66FA">
        <w:rPr>
          <w:b/>
          <w:bCs/>
        </w:rPr>
        <w:t>certifikácie</w:t>
      </w:r>
      <w:proofErr w:type="spellEnd"/>
    </w:p>
    <w:p w14:paraId="59D312FE" w14:textId="77777777" w:rsidR="00A5019A" w:rsidRPr="003B66FA" w:rsidRDefault="00A5019A" w:rsidP="00A5019A">
      <w:pPr>
        <w:numPr>
          <w:ilvl w:val="0"/>
          <w:numId w:val="18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Vzdelanie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Stredoškolské</w:t>
      </w:r>
      <w:proofErr w:type="spellEnd"/>
      <w:r w:rsidRPr="003B66FA">
        <w:t xml:space="preserve"> </w:t>
      </w:r>
      <w:proofErr w:type="spellStart"/>
      <w:r w:rsidRPr="003B66FA">
        <w:t>odborné</w:t>
      </w:r>
      <w:proofErr w:type="spellEnd"/>
      <w:r w:rsidRPr="003B66FA">
        <w:t xml:space="preserve"> </w:t>
      </w:r>
      <w:proofErr w:type="spellStart"/>
      <w:r w:rsidRPr="003B66FA">
        <w:t>vzdelanie</w:t>
      </w:r>
      <w:proofErr w:type="spellEnd"/>
      <w:r w:rsidRPr="003B66FA">
        <w:t xml:space="preserve"> (SOU) so </w:t>
      </w:r>
      <w:proofErr w:type="spellStart"/>
      <w:r w:rsidRPr="003B66FA">
        <w:t>strojárskym</w:t>
      </w:r>
      <w:proofErr w:type="spellEnd"/>
      <w:r w:rsidRPr="003B66FA">
        <w:t xml:space="preserve"> </w:t>
      </w:r>
      <w:proofErr w:type="spellStart"/>
      <w:r w:rsidRPr="003B66FA">
        <w:t>zameraním</w:t>
      </w:r>
      <w:proofErr w:type="spellEnd"/>
      <w:r w:rsidRPr="003B66FA">
        <w:t xml:space="preserve"> </w:t>
      </w:r>
      <w:proofErr w:type="spellStart"/>
      <w:r w:rsidRPr="003B66FA">
        <w:t>alebo</w:t>
      </w:r>
      <w:proofErr w:type="spellEnd"/>
      <w:r w:rsidRPr="003B66FA">
        <w:t xml:space="preserve"> </w:t>
      </w:r>
      <w:proofErr w:type="spellStart"/>
      <w:r w:rsidRPr="003B66FA">
        <w:t>vyučenie</w:t>
      </w:r>
      <w:proofErr w:type="spellEnd"/>
      <w:r w:rsidRPr="003B66FA">
        <w:t xml:space="preserve"> v </w:t>
      </w:r>
      <w:proofErr w:type="spellStart"/>
      <w:r w:rsidRPr="003B66FA">
        <w:t>príbuznom</w:t>
      </w:r>
      <w:proofErr w:type="spellEnd"/>
      <w:r w:rsidRPr="003B66FA">
        <w:t xml:space="preserve"> </w:t>
      </w:r>
      <w:proofErr w:type="spellStart"/>
      <w:r w:rsidRPr="003B66FA">
        <w:t>odbore</w:t>
      </w:r>
      <w:proofErr w:type="spellEnd"/>
      <w:r w:rsidRPr="003B66FA">
        <w:t xml:space="preserve"> (</w:t>
      </w:r>
      <w:proofErr w:type="spellStart"/>
      <w:r w:rsidRPr="003B66FA">
        <w:t>výhodou</w:t>
      </w:r>
      <w:proofErr w:type="spellEnd"/>
      <w:r w:rsidRPr="003B66FA">
        <w:t xml:space="preserve">, </w:t>
      </w:r>
      <w:proofErr w:type="spellStart"/>
      <w:r w:rsidRPr="003B66FA">
        <w:t>nie</w:t>
      </w:r>
      <w:proofErr w:type="spellEnd"/>
      <w:r w:rsidRPr="003B66FA">
        <w:t xml:space="preserve"> je </w:t>
      </w:r>
      <w:proofErr w:type="spellStart"/>
      <w:r w:rsidRPr="003B66FA">
        <w:t>podmienkou</w:t>
      </w:r>
      <w:proofErr w:type="spellEnd"/>
      <w:r w:rsidRPr="003B66FA">
        <w:t xml:space="preserve"> </w:t>
      </w:r>
      <w:proofErr w:type="spellStart"/>
      <w:r w:rsidRPr="003B66FA">
        <w:t>pri</w:t>
      </w:r>
      <w:proofErr w:type="spellEnd"/>
      <w:r w:rsidRPr="003B66FA">
        <w:t xml:space="preserve"> </w:t>
      </w:r>
      <w:proofErr w:type="spellStart"/>
      <w:r w:rsidRPr="003B66FA">
        <w:t>preukázateľnej</w:t>
      </w:r>
      <w:proofErr w:type="spellEnd"/>
      <w:r w:rsidRPr="003B66FA">
        <w:t xml:space="preserve"> </w:t>
      </w:r>
      <w:proofErr w:type="spellStart"/>
      <w:r w:rsidRPr="003B66FA">
        <w:t>praxi</w:t>
      </w:r>
      <w:proofErr w:type="spellEnd"/>
      <w:r w:rsidRPr="003B66FA">
        <w:t>).</w:t>
      </w:r>
    </w:p>
    <w:p w14:paraId="118C8E0A" w14:textId="77777777" w:rsidR="00A5019A" w:rsidRPr="003B66FA" w:rsidRDefault="00A5019A" w:rsidP="00A5019A">
      <w:pPr>
        <w:numPr>
          <w:ilvl w:val="0"/>
          <w:numId w:val="18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Prax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Minimálne</w:t>
      </w:r>
      <w:proofErr w:type="spellEnd"/>
      <w:r w:rsidRPr="003B66FA">
        <w:t xml:space="preserve"> 1 </w:t>
      </w:r>
      <w:proofErr w:type="spellStart"/>
      <w:r w:rsidRPr="003B66FA">
        <w:t>až</w:t>
      </w:r>
      <w:proofErr w:type="spellEnd"/>
      <w:r w:rsidRPr="003B66FA">
        <w:t xml:space="preserve"> 3 </w:t>
      </w:r>
      <w:proofErr w:type="spellStart"/>
      <w:r w:rsidRPr="003B66FA">
        <w:t>roky</w:t>
      </w:r>
      <w:proofErr w:type="spellEnd"/>
      <w:r w:rsidRPr="003B66FA">
        <w:t xml:space="preserve"> </w:t>
      </w:r>
      <w:proofErr w:type="spellStart"/>
      <w:r w:rsidRPr="003B66FA">
        <w:t>aktívnej</w:t>
      </w:r>
      <w:proofErr w:type="spellEnd"/>
      <w:r w:rsidRPr="003B66FA">
        <w:t xml:space="preserve"> </w:t>
      </w:r>
      <w:proofErr w:type="spellStart"/>
      <w:r w:rsidRPr="003B66FA">
        <w:t>praxe</w:t>
      </w:r>
      <w:proofErr w:type="spellEnd"/>
      <w:r w:rsidRPr="003B66FA">
        <w:t xml:space="preserve"> v </w:t>
      </w:r>
      <w:proofErr w:type="spellStart"/>
      <w:r w:rsidRPr="003B66FA">
        <w:t>oblasti</w:t>
      </w:r>
      <w:proofErr w:type="spellEnd"/>
      <w:r w:rsidRPr="003B66FA">
        <w:t xml:space="preserve"> </w:t>
      </w:r>
      <w:proofErr w:type="spellStart"/>
      <w:r w:rsidRPr="003B66FA">
        <w:t>zvárania</w:t>
      </w:r>
      <w:proofErr w:type="spellEnd"/>
      <w:r w:rsidRPr="003B66FA">
        <w:t xml:space="preserve"> </w:t>
      </w:r>
      <w:proofErr w:type="spellStart"/>
      <w:r w:rsidRPr="003B66FA">
        <w:t>metódou</w:t>
      </w:r>
      <w:proofErr w:type="spellEnd"/>
      <w:r w:rsidRPr="003B66FA">
        <w:t xml:space="preserve"> MIG/MAG v </w:t>
      </w:r>
      <w:proofErr w:type="spellStart"/>
      <w:r w:rsidRPr="003B66FA">
        <w:t>priemyselnej</w:t>
      </w:r>
      <w:proofErr w:type="spellEnd"/>
      <w:r w:rsidRPr="003B66FA">
        <w:t xml:space="preserve"> </w:t>
      </w:r>
      <w:proofErr w:type="spellStart"/>
      <w:r w:rsidRPr="003B66FA">
        <w:t>výrobe</w:t>
      </w:r>
      <w:proofErr w:type="spellEnd"/>
      <w:r w:rsidRPr="003B66FA">
        <w:t xml:space="preserve"> </w:t>
      </w:r>
      <w:proofErr w:type="spellStart"/>
      <w:r w:rsidRPr="003B66FA">
        <w:t>alebo</w:t>
      </w:r>
      <w:proofErr w:type="spellEnd"/>
      <w:r w:rsidRPr="003B66FA">
        <w:t xml:space="preserve"> </w:t>
      </w:r>
      <w:proofErr w:type="spellStart"/>
      <w:r w:rsidRPr="003B66FA">
        <w:t>na</w:t>
      </w:r>
      <w:proofErr w:type="spellEnd"/>
      <w:r w:rsidRPr="003B66FA">
        <w:t xml:space="preserve"> </w:t>
      </w:r>
      <w:proofErr w:type="spellStart"/>
      <w:r w:rsidRPr="003B66FA">
        <w:t>stavbách</w:t>
      </w:r>
      <w:proofErr w:type="spellEnd"/>
      <w:r w:rsidRPr="003B66FA">
        <w:t>.</w:t>
      </w:r>
    </w:p>
    <w:p w14:paraId="5831E176" w14:textId="77777777" w:rsidR="00A5019A" w:rsidRPr="003B66FA" w:rsidRDefault="00A5019A" w:rsidP="00A5019A">
      <w:pPr>
        <w:numPr>
          <w:ilvl w:val="0"/>
          <w:numId w:val="18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Osvedčenia</w:t>
      </w:r>
      <w:proofErr w:type="spellEnd"/>
      <w:r w:rsidRPr="003B66FA">
        <w:rPr>
          <w:b/>
          <w:bCs/>
        </w:rPr>
        <w:t xml:space="preserve"> a </w:t>
      </w:r>
      <w:proofErr w:type="spellStart"/>
      <w:r w:rsidRPr="003B66FA">
        <w:rPr>
          <w:b/>
          <w:bCs/>
        </w:rPr>
        <w:t>preukazy</w:t>
      </w:r>
      <w:proofErr w:type="spellEnd"/>
      <w:r w:rsidRPr="003B66FA">
        <w:rPr>
          <w:b/>
          <w:bCs/>
        </w:rPr>
        <w:t>:</w:t>
      </w:r>
    </w:p>
    <w:p w14:paraId="0CA33ED1" w14:textId="77777777" w:rsidR="00A5019A" w:rsidRPr="003B66FA" w:rsidRDefault="00A5019A" w:rsidP="00A5019A">
      <w:pPr>
        <w:numPr>
          <w:ilvl w:val="1"/>
          <w:numId w:val="18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Platný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štátny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zváračský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preukaz</w:t>
      </w:r>
      <w:proofErr w:type="spellEnd"/>
      <w:r w:rsidRPr="003B66FA">
        <w:t xml:space="preserve"> </w:t>
      </w:r>
      <w:proofErr w:type="spellStart"/>
      <w:r w:rsidRPr="003B66FA">
        <w:t>podľa</w:t>
      </w:r>
      <w:proofErr w:type="spellEnd"/>
      <w:r w:rsidRPr="003B66FA">
        <w:t xml:space="preserve"> STN EN ISO 9606-1 (</w:t>
      </w:r>
      <w:proofErr w:type="spellStart"/>
      <w:r w:rsidRPr="003B66FA">
        <w:t>najčastejšie</w:t>
      </w:r>
      <w:proofErr w:type="spellEnd"/>
      <w:r w:rsidRPr="003B66FA">
        <w:t xml:space="preserve"> </w:t>
      </w:r>
      <w:proofErr w:type="spellStart"/>
      <w:r w:rsidRPr="003B66FA">
        <w:t>certifikát</w:t>
      </w:r>
      <w:proofErr w:type="spellEnd"/>
      <w:r w:rsidRPr="003B66FA">
        <w:t xml:space="preserve"> 135 P BW / FW, </w:t>
      </w:r>
      <w:proofErr w:type="spellStart"/>
      <w:r w:rsidRPr="003B66FA">
        <w:t>prípadne</w:t>
      </w:r>
      <w:proofErr w:type="spellEnd"/>
      <w:r w:rsidRPr="003B66FA">
        <w:t xml:space="preserve"> 136).</w:t>
      </w:r>
    </w:p>
    <w:p w14:paraId="6DAD8E52" w14:textId="77777777" w:rsidR="00A5019A" w:rsidRPr="003B66FA" w:rsidRDefault="00A5019A" w:rsidP="00A5019A">
      <w:pPr>
        <w:numPr>
          <w:ilvl w:val="1"/>
          <w:numId w:val="18"/>
        </w:numPr>
        <w:spacing w:after="160" w:line="259" w:lineRule="auto"/>
        <w:jc w:val="both"/>
      </w:pPr>
      <w:proofErr w:type="spellStart"/>
      <w:r w:rsidRPr="003B66FA">
        <w:t>Znalosť</w:t>
      </w:r>
      <w:proofErr w:type="spellEnd"/>
      <w:r w:rsidRPr="003B66FA">
        <w:t xml:space="preserve"> </w:t>
      </w:r>
      <w:proofErr w:type="spellStart"/>
      <w:r w:rsidRPr="003B66FA">
        <w:t>čítania</w:t>
      </w:r>
      <w:proofErr w:type="spellEnd"/>
      <w:r w:rsidRPr="003B66FA">
        <w:t xml:space="preserve"> </w:t>
      </w:r>
      <w:proofErr w:type="spellStart"/>
      <w:r w:rsidRPr="003B66FA">
        <w:t>izometrických</w:t>
      </w:r>
      <w:proofErr w:type="spellEnd"/>
      <w:r w:rsidRPr="003B66FA">
        <w:t xml:space="preserve"> </w:t>
      </w:r>
      <w:proofErr w:type="spellStart"/>
      <w:r w:rsidRPr="003B66FA">
        <w:t>výkresov</w:t>
      </w:r>
      <w:proofErr w:type="spellEnd"/>
      <w:r w:rsidRPr="003B66FA">
        <w:t xml:space="preserve"> (</w:t>
      </w:r>
      <w:proofErr w:type="spellStart"/>
      <w:r w:rsidRPr="003B66FA">
        <w:t>veľkou</w:t>
      </w:r>
      <w:proofErr w:type="spellEnd"/>
      <w:r w:rsidRPr="003B66FA">
        <w:t xml:space="preserve"> </w:t>
      </w:r>
      <w:proofErr w:type="spellStart"/>
      <w:r w:rsidRPr="003B66FA">
        <w:t>výhodou</w:t>
      </w:r>
      <w:proofErr w:type="spellEnd"/>
      <w:r w:rsidRPr="003B66FA">
        <w:t xml:space="preserve"> </w:t>
      </w:r>
      <w:proofErr w:type="spellStart"/>
      <w:r w:rsidRPr="003B66FA">
        <w:t>pri</w:t>
      </w:r>
      <w:proofErr w:type="spellEnd"/>
      <w:r w:rsidRPr="003B66FA">
        <w:t xml:space="preserve"> </w:t>
      </w:r>
      <w:proofErr w:type="spellStart"/>
      <w:r w:rsidRPr="003B66FA">
        <w:t>zváraní</w:t>
      </w:r>
      <w:proofErr w:type="spellEnd"/>
      <w:r w:rsidRPr="003B66FA">
        <w:t xml:space="preserve"> </w:t>
      </w:r>
      <w:proofErr w:type="spellStart"/>
      <w:r w:rsidRPr="003B66FA">
        <w:t>potrubí</w:t>
      </w:r>
      <w:proofErr w:type="spellEnd"/>
      <w:r w:rsidRPr="003B66FA">
        <w:t>).</w:t>
      </w:r>
    </w:p>
    <w:p w14:paraId="3639DB0C" w14:textId="77777777" w:rsidR="00A5019A" w:rsidRPr="003B66FA" w:rsidRDefault="00A5019A" w:rsidP="00A5019A">
      <w:pPr>
        <w:numPr>
          <w:ilvl w:val="1"/>
          <w:numId w:val="18"/>
        </w:numPr>
        <w:spacing w:after="160" w:line="259" w:lineRule="auto"/>
        <w:jc w:val="both"/>
      </w:pPr>
      <w:proofErr w:type="spellStart"/>
      <w:r w:rsidRPr="003B66FA">
        <w:t>Platný</w:t>
      </w:r>
      <w:proofErr w:type="spellEnd"/>
      <w:r w:rsidRPr="003B66FA">
        <w:t xml:space="preserve"> </w:t>
      </w:r>
      <w:proofErr w:type="spellStart"/>
      <w:r w:rsidRPr="003B66FA">
        <w:t>kurz</w:t>
      </w:r>
      <w:proofErr w:type="spellEnd"/>
      <w:r w:rsidRPr="003B66FA">
        <w:t xml:space="preserve"> </w:t>
      </w:r>
      <w:proofErr w:type="spellStart"/>
      <w:r w:rsidRPr="003B66FA">
        <w:t>viazača</w:t>
      </w:r>
      <w:proofErr w:type="spellEnd"/>
      <w:r w:rsidRPr="003B66FA">
        <w:t xml:space="preserve"> </w:t>
      </w:r>
      <w:proofErr w:type="spellStart"/>
      <w:r w:rsidRPr="003B66FA">
        <w:t>bremien</w:t>
      </w:r>
      <w:proofErr w:type="spellEnd"/>
      <w:r w:rsidRPr="003B66FA">
        <w:t xml:space="preserve"> </w:t>
      </w:r>
      <w:proofErr w:type="spellStart"/>
      <w:r w:rsidRPr="003B66FA">
        <w:t>alebo</w:t>
      </w:r>
      <w:proofErr w:type="spellEnd"/>
      <w:r w:rsidRPr="003B66FA">
        <w:t xml:space="preserve"> </w:t>
      </w:r>
      <w:proofErr w:type="spellStart"/>
      <w:r w:rsidRPr="003B66FA">
        <w:t>obsluhy</w:t>
      </w:r>
      <w:proofErr w:type="spellEnd"/>
      <w:r w:rsidRPr="003B66FA">
        <w:t xml:space="preserve"> </w:t>
      </w:r>
      <w:proofErr w:type="spellStart"/>
      <w:r w:rsidRPr="003B66FA">
        <w:t>mostových</w:t>
      </w:r>
      <w:proofErr w:type="spellEnd"/>
      <w:r w:rsidRPr="003B66FA">
        <w:t>/</w:t>
      </w:r>
      <w:proofErr w:type="spellStart"/>
      <w:r w:rsidRPr="003B66FA">
        <w:t>vežových</w:t>
      </w:r>
      <w:proofErr w:type="spellEnd"/>
      <w:r w:rsidRPr="003B66FA">
        <w:t xml:space="preserve"> </w:t>
      </w:r>
      <w:proofErr w:type="spellStart"/>
      <w:r w:rsidRPr="003B66FA">
        <w:t>žeriavov</w:t>
      </w:r>
      <w:proofErr w:type="spellEnd"/>
      <w:r w:rsidRPr="003B66FA">
        <w:t xml:space="preserve"> (</w:t>
      </w:r>
      <w:proofErr w:type="spellStart"/>
      <w:r w:rsidRPr="003B66FA">
        <w:t>výhodou</w:t>
      </w:r>
      <w:proofErr w:type="spellEnd"/>
      <w:r w:rsidRPr="003B66FA">
        <w:t>).</w:t>
      </w:r>
    </w:p>
    <w:p w14:paraId="64952D8E" w14:textId="77777777" w:rsidR="00A5019A" w:rsidRPr="003B66FA" w:rsidRDefault="00A5019A" w:rsidP="00A5019A">
      <w:pPr>
        <w:jc w:val="both"/>
        <w:rPr>
          <w:b/>
          <w:bCs/>
        </w:rPr>
      </w:pPr>
      <w:r w:rsidRPr="003B66FA">
        <w:rPr>
          <w:b/>
          <w:bCs/>
        </w:rPr>
        <w:t xml:space="preserve">5. </w:t>
      </w:r>
      <w:proofErr w:type="spellStart"/>
      <w:r w:rsidRPr="003B66FA">
        <w:rPr>
          <w:b/>
          <w:bCs/>
        </w:rPr>
        <w:t>Pracovné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prostredie</w:t>
      </w:r>
      <w:proofErr w:type="spellEnd"/>
    </w:p>
    <w:p w14:paraId="4A018464" w14:textId="77777777" w:rsidR="00A5019A" w:rsidRPr="003B66FA" w:rsidRDefault="00A5019A" w:rsidP="00A5019A">
      <w:pPr>
        <w:numPr>
          <w:ilvl w:val="0"/>
          <w:numId w:val="19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Typ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pracoviska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Výrobná</w:t>
      </w:r>
      <w:proofErr w:type="spellEnd"/>
      <w:r w:rsidRPr="003B66FA">
        <w:t xml:space="preserve"> </w:t>
      </w:r>
      <w:proofErr w:type="spellStart"/>
      <w:r w:rsidRPr="003B66FA">
        <w:t>hala</w:t>
      </w:r>
      <w:proofErr w:type="spellEnd"/>
      <w:r w:rsidRPr="003B66FA">
        <w:t xml:space="preserve">, </w:t>
      </w:r>
      <w:proofErr w:type="spellStart"/>
      <w:r w:rsidRPr="003B66FA">
        <w:t>strojársku</w:t>
      </w:r>
      <w:proofErr w:type="spellEnd"/>
      <w:r w:rsidRPr="003B66FA">
        <w:t xml:space="preserve"> </w:t>
      </w:r>
      <w:proofErr w:type="spellStart"/>
      <w:r w:rsidRPr="003B66FA">
        <w:t>dielňa</w:t>
      </w:r>
      <w:proofErr w:type="spellEnd"/>
      <w:r w:rsidRPr="003B66FA">
        <w:t xml:space="preserve"> </w:t>
      </w:r>
      <w:proofErr w:type="spellStart"/>
      <w:r w:rsidRPr="003B66FA">
        <w:t>alebo</w:t>
      </w:r>
      <w:proofErr w:type="spellEnd"/>
      <w:r w:rsidRPr="003B66FA">
        <w:t xml:space="preserve"> </w:t>
      </w:r>
      <w:proofErr w:type="spellStart"/>
      <w:r w:rsidRPr="003B66FA">
        <w:t>montáž</w:t>
      </w:r>
      <w:proofErr w:type="spellEnd"/>
      <w:r w:rsidRPr="003B66FA">
        <w:t xml:space="preserve"> v </w:t>
      </w:r>
      <w:proofErr w:type="spellStart"/>
      <w:r w:rsidRPr="003B66FA">
        <w:t>teréne</w:t>
      </w:r>
      <w:proofErr w:type="spellEnd"/>
      <w:r w:rsidRPr="003B66FA">
        <w:t xml:space="preserve"> (</w:t>
      </w:r>
      <w:proofErr w:type="spellStart"/>
      <w:r w:rsidRPr="003B66FA">
        <w:t>podľa</w:t>
      </w:r>
      <w:proofErr w:type="spellEnd"/>
      <w:r w:rsidRPr="003B66FA">
        <w:t xml:space="preserve"> </w:t>
      </w:r>
      <w:proofErr w:type="spellStart"/>
      <w:r w:rsidRPr="003B66FA">
        <w:t>typu</w:t>
      </w:r>
      <w:proofErr w:type="spellEnd"/>
      <w:r w:rsidRPr="003B66FA">
        <w:t xml:space="preserve"> </w:t>
      </w:r>
      <w:proofErr w:type="spellStart"/>
      <w:r w:rsidRPr="003B66FA">
        <w:t>projektu</w:t>
      </w:r>
      <w:proofErr w:type="spellEnd"/>
      <w:r w:rsidRPr="003B66FA">
        <w:t>).</w:t>
      </w:r>
    </w:p>
    <w:p w14:paraId="3740C812" w14:textId="77777777" w:rsidR="00A5019A" w:rsidRPr="003B66FA" w:rsidRDefault="00A5019A" w:rsidP="00A5019A">
      <w:pPr>
        <w:numPr>
          <w:ilvl w:val="0"/>
          <w:numId w:val="19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Bezpečnostné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aspekty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Príslušné</w:t>
      </w:r>
      <w:proofErr w:type="spellEnd"/>
      <w:r w:rsidRPr="003B66FA">
        <w:t xml:space="preserve"> </w:t>
      </w:r>
      <w:proofErr w:type="spellStart"/>
      <w:r w:rsidRPr="003B66FA">
        <w:t>riziko</w:t>
      </w:r>
      <w:proofErr w:type="spellEnd"/>
      <w:r w:rsidRPr="003B66FA">
        <w:t xml:space="preserve"> </w:t>
      </w:r>
      <w:proofErr w:type="spellStart"/>
      <w:r w:rsidRPr="003B66FA">
        <w:t>spojené</w:t>
      </w:r>
      <w:proofErr w:type="spellEnd"/>
      <w:r w:rsidRPr="003B66FA">
        <w:t xml:space="preserve"> so </w:t>
      </w:r>
      <w:proofErr w:type="spellStart"/>
      <w:r w:rsidRPr="003B66FA">
        <w:t>svetelným</w:t>
      </w:r>
      <w:proofErr w:type="spellEnd"/>
      <w:r w:rsidRPr="003B66FA">
        <w:t xml:space="preserve"> </w:t>
      </w:r>
      <w:proofErr w:type="spellStart"/>
      <w:r w:rsidRPr="003B66FA">
        <w:t>žiarením</w:t>
      </w:r>
      <w:proofErr w:type="spellEnd"/>
      <w:r w:rsidRPr="003B66FA">
        <w:t xml:space="preserve"> </w:t>
      </w:r>
      <w:proofErr w:type="spellStart"/>
      <w:r w:rsidRPr="003B66FA">
        <w:t>elektrického</w:t>
      </w:r>
      <w:proofErr w:type="spellEnd"/>
      <w:r w:rsidRPr="003B66FA">
        <w:t xml:space="preserve"> </w:t>
      </w:r>
      <w:proofErr w:type="spellStart"/>
      <w:r w:rsidRPr="003B66FA">
        <w:t>oblúka</w:t>
      </w:r>
      <w:proofErr w:type="spellEnd"/>
      <w:r w:rsidRPr="003B66FA">
        <w:t xml:space="preserve">, </w:t>
      </w:r>
      <w:proofErr w:type="spellStart"/>
      <w:r w:rsidRPr="003B66FA">
        <w:t>prítomnosťou</w:t>
      </w:r>
      <w:proofErr w:type="spellEnd"/>
      <w:r w:rsidRPr="003B66FA">
        <w:t xml:space="preserve"> </w:t>
      </w:r>
      <w:proofErr w:type="spellStart"/>
      <w:r w:rsidRPr="003B66FA">
        <w:t>výparov</w:t>
      </w:r>
      <w:proofErr w:type="spellEnd"/>
      <w:r w:rsidRPr="003B66FA">
        <w:t xml:space="preserve"> z </w:t>
      </w:r>
      <w:proofErr w:type="spellStart"/>
      <w:r w:rsidRPr="003B66FA">
        <w:t>tavenia</w:t>
      </w:r>
      <w:proofErr w:type="spellEnd"/>
      <w:r w:rsidRPr="003B66FA">
        <w:t xml:space="preserve">, </w:t>
      </w:r>
      <w:proofErr w:type="spellStart"/>
      <w:r w:rsidRPr="003B66FA">
        <w:t>prácou</w:t>
      </w:r>
      <w:proofErr w:type="spellEnd"/>
      <w:r w:rsidRPr="003B66FA">
        <w:t xml:space="preserve"> s </w:t>
      </w:r>
      <w:proofErr w:type="spellStart"/>
      <w:r w:rsidRPr="003B66FA">
        <w:t>horúcimi</w:t>
      </w:r>
      <w:proofErr w:type="spellEnd"/>
      <w:r w:rsidRPr="003B66FA">
        <w:t xml:space="preserve"> </w:t>
      </w:r>
      <w:proofErr w:type="spellStart"/>
      <w:r w:rsidRPr="003B66FA">
        <w:t>predmetmi</w:t>
      </w:r>
      <w:proofErr w:type="spellEnd"/>
      <w:r w:rsidRPr="003B66FA">
        <w:t xml:space="preserve"> a </w:t>
      </w:r>
      <w:proofErr w:type="spellStart"/>
      <w:r w:rsidRPr="003B66FA">
        <w:t>hlukom</w:t>
      </w:r>
      <w:proofErr w:type="spellEnd"/>
      <w:r w:rsidRPr="003B66FA">
        <w:t xml:space="preserve">. </w:t>
      </w:r>
      <w:proofErr w:type="spellStart"/>
      <w:r w:rsidRPr="003B66FA">
        <w:t>Striktné</w:t>
      </w:r>
      <w:proofErr w:type="spellEnd"/>
      <w:r w:rsidRPr="003B66FA">
        <w:t xml:space="preserve"> </w:t>
      </w:r>
      <w:proofErr w:type="spellStart"/>
      <w:r w:rsidRPr="003B66FA">
        <w:t>dodržiavanie</w:t>
      </w:r>
      <w:proofErr w:type="spellEnd"/>
      <w:r w:rsidRPr="003B66FA">
        <w:t xml:space="preserve"> BOZP a </w:t>
      </w:r>
      <w:proofErr w:type="spellStart"/>
      <w:r w:rsidRPr="003B66FA">
        <w:t>povinné</w:t>
      </w:r>
      <w:proofErr w:type="spellEnd"/>
      <w:r w:rsidRPr="003B66FA">
        <w:t xml:space="preserve"> </w:t>
      </w:r>
      <w:proofErr w:type="spellStart"/>
      <w:r w:rsidRPr="003B66FA">
        <w:t>používanie</w:t>
      </w:r>
      <w:proofErr w:type="spellEnd"/>
      <w:r w:rsidRPr="003B66FA">
        <w:t xml:space="preserve"> </w:t>
      </w:r>
      <w:proofErr w:type="spellStart"/>
      <w:r w:rsidRPr="003B66FA">
        <w:t>osobných</w:t>
      </w:r>
      <w:proofErr w:type="spellEnd"/>
      <w:r w:rsidRPr="003B66FA">
        <w:t xml:space="preserve"> </w:t>
      </w:r>
      <w:proofErr w:type="spellStart"/>
      <w:r w:rsidRPr="003B66FA">
        <w:t>ochranných</w:t>
      </w:r>
      <w:proofErr w:type="spellEnd"/>
      <w:r w:rsidRPr="003B66FA">
        <w:t xml:space="preserve"> </w:t>
      </w:r>
      <w:proofErr w:type="spellStart"/>
      <w:r w:rsidRPr="003B66FA">
        <w:t>prostriedkov</w:t>
      </w:r>
      <w:proofErr w:type="spellEnd"/>
      <w:r w:rsidRPr="003B66FA">
        <w:t xml:space="preserve"> (</w:t>
      </w:r>
      <w:proofErr w:type="spellStart"/>
      <w:r w:rsidRPr="003B66FA">
        <w:t>zváračská</w:t>
      </w:r>
      <w:proofErr w:type="spellEnd"/>
      <w:r w:rsidRPr="003B66FA">
        <w:t xml:space="preserve"> </w:t>
      </w:r>
      <w:proofErr w:type="spellStart"/>
      <w:r w:rsidRPr="003B66FA">
        <w:t>kukla</w:t>
      </w:r>
      <w:proofErr w:type="spellEnd"/>
      <w:r w:rsidRPr="003B66FA">
        <w:t xml:space="preserve">, </w:t>
      </w:r>
      <w:proofErr w:type="spellStart"/>
      <w:r w:rsidRPr="003B66FA">
        <w:t>samozatmievacie</w:t>
      </w:r>
      <w:proofErr w:type="spellEnd"/>
      <w:r w:rsidRPr="003B66FA">
        <w:t xml:space="preserve"> </w:t>
      </w:r>
      <w:proofErr w:type="spellStart"/>
      <w:r w:rsidRPr="003B66FA">
        <w:t>štíty</w:t>
      </w:r>
      <w:proofErr w:type="spellEnd"/>
      <w:r w:rsidRPr="003B66FA">
        <w:t xml:space="preserve">, </w:t>
      </w:r>
      <w:proofErr w:type="spellStart"/>
      <w:r w:rsidRPr="003B66FA">
        <w:t>kožená</w:t>
      </w:r>
      <w:proofErr w:type="spellEnd"/>
      <w:r w:rsidRPr="003B66FA">
        <w:t xml:space="preserve"> </w:t>
      </w:r>
      <w:proofErr w:type="spellStart"/>
      <w:r w:rsidRPr="003B66FA">
        <w:t>zváračská</w:t>
      </w:r>
      <w:proofErr w:type="spellEnd"/>
      <w:r w:rsidRPr="003B66FA">
        <w:t xml:space="preserve"> </w:t>
      </w:r>
      <w:proofErr w:type="spellStart"/>
      <w:r w:rsidRPr="003B66FA">
        <w:t>zástera</w:t>
      </w:r>
      <w:proofErr w:type="spellEnd"/>
      <w:r w:rsidRPr="003B66FA">
        <w:t>/</w:t>
      </w:r>
      <w:proofErr w:type="spellStart"/>
      <w:r w:rsidRPr="003B66FA">
        <w:t>bundy</w:t>
      </w:r>
      <w:proofErr w:type="spellEnd"/>
      <w:r w:rsidRPr="003B66FA">
        <w:t xml:space="preserve">, </w:t>
      </w:r>
      <w:proofErr w:type="spellStart"/>
      <w:r w:rsidRPr="003B66FA">
        <w:t>rukavice</w:t>
      </w:r>
      <w:proofErr w:type="spellEnd"/>
      <w:r w:rsidRPr="003B66FA">
        <w:t xml:space="preserve">, </w:t>
      </w:r>
      <w:proofErr w:type="spellStart"/>
      <w:r w:rsidRPr="003B66FA">
        <w:t>obuv</w:t>
      </w:r>
      <w:proofErr w:type="spellEnd"/>
      <w:r w:rsidRPr="003B66FA">
        <w:t xml:space="preserve"> s </w:t>
      </w:r>
      <w:proofErr w:type="spellStart"/>
      <w:r w:rsidRPr="003B66FA">
        <w:t>oceľovou</w:t>
      </w:r>
      <w:proofErr w:type="spellEnd"/>
      <w:r w:rsidRPr="003B66FA">
        <w:t xml:space="preserve"> </w:t>
      </w:r>
      <w:proofErr w:type="spellStart"/>
      <w:r w:rsidRPr="003B66FA">
        <w:t>špičkou</w:t>
      </w:r>
      <w:proofErr w:type="spellEnd"/>
      <w:r w:rsidRPr="003B66FA">
        <w:t>).</w:t>
      </w:r>
    </w:p>
    <w:p w14:paraId="4B4828EA" w14:textId="77777777" w:rsidR="00A5019A" w:rsidRPr="003B66FA" w:rsidRDefault="00A5019A" w:rsidP="00A5019A">
      <w:pPr>
        <w:numPr>
          <w:ilvl w:val="0"/>
          <w:numId w:val="19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Fyzické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nároky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Práca</w:t>
      </w:r>
      <w:proofErr w:type="spellEnd"/>
      <w:r w:rsidRPr="003B66FA">
        <w:t xml:space="preserve"> v </w:t>
      </w:r>
      <w:proofErr w:type="spellStart"/>
      <w:r w:rsidRPr="003B66FA">
        <w:t>rôznych</w:t>
      </w:r>
      <w:proofErr w:type="spellEnd"/>
      <w:r w:rsidRPr="003B66FA">
        <w:t xml:space="preserve"> </w:t>
      </w:r>
      <w:proofErr w:type="spellStart"/>
      <w:r w:rsidRPr="003B66FA">
        <w:t>polohách</w:t>
      </w:r>
      <w:proofErr w:type="spellEnd"/>
      <w:r w:rsidRPr="003B66FA">
        <w:t xml:space="preserve"> (</w:t>
      </w:r>
      <w:proofErr w:type="spellStart"/>
      <w:r w:rsidRPr="003B66FA">
        <w:t>často</w:t>
      </w:r>
      <w:proofErr w:type="spellEnd"/>
      <w:r w:rsidRPr="003B66FA">
        <w:t xml:space="preserve"> </w:t>
      </w:r>
      <w:proofErr w:type="spellStart"/>
      <w:r w:rsidRPr="003B66FA">
        <w:t>vynútených</w:t>
      </w:r>
      <w:proofErr w:type="spellEnd"/>
      <w:r w:rsidRPr="003B66FA">
        <w:t xml:space="preserve"> – </w:t>
      </w:r>
      <w:proofErr w:type="spellStart"/>
      <w:r w:rsidRPr="003B66FA">
        <w:t>vkladať</w:t>
      </w:r>
      <w:proofErr w:type="spellEnd"/>
      <w:r w:rsidRPr="003B66FA">
        <w:t xml:space="preserve"> </w:t>
      </w:r>
      <w:proofErr w:type="spellStart"/>
      <w:r w:rsidRPr="003B66FA">
        <w:t>dôraz</w:t>
      </w:r>
      <w:proofErr w:type="spellEnd"/>
      <w:r w:rsidRPr="003B66FA">
        <w:t xml:space="preserve"> </w:t>
      </w:r>
      <w:proofErr w:type="spellStart"/>
      <w:r w:rsidRPr="003B66FA">
        <w:t>na</w:t>
      </w:r>
      <w:proofErr w:type="spellEnd"/>
      <w:r w:rsidRPr="003B66FA">
        <w:t xml:space="preserve"> </w:t>
      </w:r>
      <w:proofErr w:type="spellStart"/>
      <w:r w:rsidRPr="003B66FA">
        <w:t>ergonómiu</w:t>
      </w:r>
      <w:proofErr w:type="spellEnd"/>
      <w:r w:rsidRPr="003B66FA">
        <w:t xml:space="preserve">, </w:t>
      </w:r>
      <w:proofErr w:type="spellStart"/>
      <w:r w:rsidRPr="003B66FA">
        <w:t>práca</w:t>
      </w:r>
      <w:proofErr w:type="spellEnd"/>
      <w:r w:rsidRPr="003B66FA">
        <w:t xml:space="preserve"> v </w:t>
      </w:r>
      <w:proofErr w:type="spellStart"/>
      <w:r w:rsidRPr="003B66FA">
        <w:t>stoji</w:t>
      </w:r>
      <w:proofErr w:type="spellEnd"/>
      <w:r w:rsidRPr="003B66FA">
        <w:t xml:space="preserve">, </w:t>
      </w:r>
      <w:proofErr w:type="spellStart"/>
      <w:r w:rsidRPr="003B66FA">
        <w:t>sede</w:t>
      </w:r>
      <w:proofErr w:type="spellEnd"/>
      <w:r w:rsidRPr="003B66FA">
        <w:t xml:space="preserve">, </w:t>
      </w:r>
      <w:proofErr w:type="spellStart"/>
      <w:r w:rsidRPr="003B66FA">
        <w:t>prípadne</w:t>
      </w:r>
      <w:proofErr w:type="spellEnd"/>
      <w:r w:rsidRPr="003B66FA">
        <w:t xml:space="preserve"> v </w:t>
      </w:r>
      <w:proofErr w:type="spellStart"/>
      <w:r w:rsidRPr="003B66FA">
        <w:t>obmedzených</w:t>
      </w:r>
      <w:proofErr w:type="spellEnd"/>
      <w:r w:rsidRPr="003B66FA">
        <w:t xml:space="preserve"> </w:t>
      </w:r>
      <w:proofErr w:type="spellStart"/>
      <w:r w:rsidRPr="003B66FA">
        <w:t>priestoroch</w:t>
      </w:r>
      <w:proofErr w:type="spellEnd"/>
      <w:r w:rsidRPr="003B66FA">
        <w:t>).</w:t>
      </w:r>
    </w:p>
    <w:p w14:paraId="2A5672B3" w14:textId="77777777" w:rsidR="00A5019A" w:rsidRPr="003B66FA" w:rsidRDefault="00A5019A" w:rsidP="00A5019A">
      <w:pPr>
        <w:jc w:val="both"/>
        <w:rPr>
          <w:b/>
          <w:bCs/>
        </w:rPr>
      </w:pPr>
      <w:r w:rsidRPr="003B66FA">
        <w:rPr>
          <w:b/>
          <w:bCs/>
        </w:rPr>
        <w:t xml:space="preserve">6. </w:t>
      </w:r>
      <w:proofErr w:type="spellStart"/>
      <w:r w:rsidRPr="003B66FA">
        <w:rPr>
          <w:b/>
          <w:bCs/>
        </w:rPr>
        <w:t>Osobné</w:t>
      </w:r>
      <w:proofErr w:type="spellEnd"/>
      <w:r w:rsidRPr="003B66FA">
        <w:rPr>
          <w:b/>
          <w:bCs/>
        </w:rPr>
        <w:t xml:space="preserve"> </w:t>
      </w:r>
      <w:proofErr w:type="spellStart"/>
      <w:r w:rsidRPr="003B66FA">
        <w:rPr>
          <w:b/>
          <w:bCs/>
        </w:rPr>
        <w:t>vlastnosti</w:t>
      </w:r>
      <w:proofErr w:type="spellEnd"/>
    </w:p>
    <w:p w14:paraId="517B00C3" w14:textId="77777777" w:rsidR="00A5019A" w:rsidRPr="003B66FA" w:rsidRDefault="00A5019A" w:rsidP="00A5019A">
      <w:pPr>
        <w:numPr>
          <w:ilvl w:val="0"/>
          <w:numId w:val="20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Precíznosť</w:t>
      </w:r>
      <w:proofErr w:type="spellEnd"/>
      <w:r w:rsidRPr="003B66FA">
        <w:rPr>
          <w:b/>
          <w:bCs/>
        </w:rPr>
        <w:t xml:space="preserve"> a </w:t>
      </w:r>
      <w:proofErr w:type="spellStart"/>
      <w:r w:rsidRPr="003B66FA">
        <w:rPr>
          <w:b/>
          <w:bCs/>
        </w:rPr>
        <w:t>dôslednosť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Dôraz</w:t>
      </w:r>
      <w:proofErr w:type="spellEnd"/>
      <w:r w:rsidRPr="003B66FA">
        <w:t xml:space="preserve"> </w:t>
      </w:r>
      <w:proofErr w:type="spellStart"/>
      <w:r w:rsidRPr="003B66FA">
        <w:t>na</w:t>
      </w:r>
      <w:proofErr w:type="spellEnd"/>
      <w:r w:rsidRPr="003B66FA">
        <w:t xml:space="preserve"> </w:t>
      </w:r>
      <w:proofErr w:type="spellStart"/>
      <w:r w:rsidRPr="003B66FA">
        <w:t>dokonalý</w:t>
      </w:r>
      <w:proofErr w:type="spellEnd"/>
      <w:r w:rsidRPr="003B66FA">
        <w:t xml:space="preserve"> </w:t>
      </w:r>
      <w:proofErr w:type="spellStart"/>
      <w:r w:rsidRPr="003B66FA">
        <w:t>vzhľad</w:t>
      </w:r>
      <w:proofErr w:type="spellEnd"/>
      <w:r w:rsidRPr="003B66FA">
        <w:t xml:space="preserve"> a </w:t>
      </w:r>
      <w:proofErr w:type="spellStart"/>
      <w:r w:rsidRPr="003B66FA">
        <w:t>štrukturálnu</w:t>
      </w:r>
      <w:proofErr w:type="spellEnd"/>
      <w:r w:rsidRPr="003B66FA">
        <w:t xml:space="preserve"> </w:t>
      </w:r>
      <w:proofErr w:type="spellStart"/>
      <w:r w:rsidRPr="003B66FA">
        <w:t>integritu</w:t>
      </w:r>
      <w:proofErr w:type="spellEnd"/>
      <w:r w:rsidRPr="003B66FA">
        <w:t xml:space="preserve"> </w:t>
      </w:r>
      <w:proofErr w:type="spellStart"/>
      <w:r w:rsidRPr="003B66FA">
        <w:t>každého</w:t>
      </w:r>
      <w:proofErr w:type="spellEnd"/>
      <w:r w:rsidRPr="003B66FA">
        <w:t xml:space="preserve"> </w:t>
      </w:r>
      <w:proofErr w:type="spellStart"/>
      <w:r w:rsidRPr="003B66FA">
        <w:t>zvaru</w:t>
      </w:r>
      <w:proofErr w:type="spellEnd"/>
      <w:r w:rsidRPr="003B66FA">
        <w:t xml:space="preserve"> (</w:t>
      </w:r>
      <w:proofErr w:type="spellStart"/>
      <w:r w:rsidRPr="003B66FA">
        <w:t>pripravenosť</w:t>
      </w:r>
      <w:proofErr w:type="spellEnd"/>
      <w:r w:rsidRPr="003B66FA">
        <w:t xml:space="preserve"> </w:t>
      </w:r>
      <w:proofErr w:type="spellStart"/>
      <w:r w:rsidRPr="003B66FA">
        <w:t>na</w:t>
      </w:r>
      <w:proofErr w:type="spellEnd"/>
      <w:r w:rsidRPr="003B66FA">
        <w:t xml:space="preserve"> </w:t>
      </w:r>
      <w:proofErr w:type="spellStart"/>
      <w:r w:rsidRPr="003B66FA">
        <w:t>nedeštruktívne</w:t>
      </w:r>
      <w:proofErr w:type="spellEnd"/>
      <w:r w:rsidRPr="003B66FA">
        <w:t xml:space="preserve"> </w:t>
      </w:r>
      <w:proofErr w:type="spellStart"/>
      <w:r w:rsidRPr="003B66FA">
        <w:t>skúšky</w:t>
      </w:r>
      <w:proofErr w:type="spellEnd"/>
      <w:r w:rsidRPr="003B66FA">
        <w:t xml:space="preserve"> – RTG, </w:t>
      </w:r>
      <w:proofErr w:type="spellStart"/>
      <w:r w:rsidRPr="003B66FA">
        <w:t>ultrazvuk</w:t>
      </w:r>
      <w:proofErr w:type="spellEnd"/>
      <w:r w:rsidRPr="003B66FA">
        <w:t xml:space="preserve">, </w:t>
      </w:r>
      <w:proofErr w:type="spellStart"/>
      <w:r w:rsidRPr="003B66FA">
        <w:t>kapilárne</w:t>
      </w:r>
      <w:proofErr w:type="spellEnd"/>
      <w:r w:rsidRPr="003B66FA">
        <w:t xml:space="preserve"> </w:t>
      </w:r>
      <w:proofErr w:type="spellStart"/>
      <w:r w:rsidRPr="003B66FA">
        <w:t>skúšky</w:t>
      </w:r>
      <w:proofErr w:type="spellEnd"/>
      <w:r w:rsidRPr="003B66FA">
        <w:t>).</w:t>
      </w:r>
    </w:p>
    <w:p w14:paraId="76D91A78" w14:textId="77777777" w:rsidR="00A5019A" w:rsidRPr="003B66FA" w:rsidRDefault="00A5019A" w:rsidP="00A5019A">
      <w:pPr>
        <w:numPr>
          <w:ilvl w:val="0"/>
          <w:numId w:val="20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lastRenderedPageBreak/>
        <w:t>Zodpovednosť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Schopnosť</w:t>
      </w:r>
      <w:proofErr w:type="spellEnd"/>
      <w:r w:rsidRPr="003B66FA">
        <w:t xml:space="preserve"> </w:t>
      </w:r>
      <w:proofErr w:type="spellStart"/>
      <w:r w:rsidRPr="003B66FA">
        <w:t>niesť</w:t>
      </w:r>
      <w:proofErr w:type="spellEnd"/>
      <w:r w:rsidRPr="003B66FA">
        <w:t xml:space="preserve"> </w:t>
      </w:r>
      <w:proofErr w:type="spellStart"/>
      <w:r w:rsidRPr="003B66FA">
        <w:t>zodpovednosť</w:t>
      </w:r>
      <w:proofErr w:type="spellEnd"/>
      <w:r w:rsidRPr="003B66FA">
        <w:t xml:space="preserve"> za </w:t>
      </w:r>
      <w:proofErr w:type="spellStart"/>
      <w:r w:rsidRPr="003B66FA">
        <w:t>tesnosť</w:t>
      </w:r>
      <w:proofErr w:type="spellEnd"/>
      <w:r w:rsidRPr="003B66FA">
        <w:t xml:space="preserve"> a </w:t>
      </w:r>
      <w:proofErr w:type="spellStart"/>
      <w:r w:rsidRPr="003B66FA">
        <w:t>pevnosť</w:t>
      </w:r>
      <w:proofErr w:type="spellEnd"/>
      <w:r w:rsidRPr="003B66FA">
        <w:t xml:space="preserve"> </w:t>
      </w:r>
      <w:proofErr w:type="spellStart"/>
      <w:r w:rsidRPr="003B66FA">
        <w:t>zvarových</w:t>
      </w:r>
      <w:proofErr w:type="spellEnd"/>
      <w:r w:rsidRPr="003B66FA">
        <w:t xml:space="preserve"> </w:t>
      </w:r>
      <w:proofErr w:type="spellStart"/>
      <w:r w:rsidRPr="003B66FA">
        <w:t>spojov</w:t>
      </w:r>
      <w:proofErr w:type="spellEnd"/>
      <w:r w:rsidRPr="003B66FA">
        <w:t xml:space="preserve">, od </w:t>
      </w:r>
      <w:proofErr w:type="spellStart"/>
      <w:r w:rsidRPr="003B66FA">
        <w:t>ktorých</w:t>
      </w:r>
      <w:proofErr w:type="spellEnd"/>
      <w:r w:rsidRPr="003B66FA">
        <w:t xml:space="preserve"> </w:t>
      </w:r>
      <w:proofErr w:type="spellStart"/>
      <w:r w:rsidRPr="003B66FA">
        <w:t>závisí</w:t>
      </w:r>
      <w:proofErr w:type="spellEnd"/>
      <w:r w:rsidRPr="003B66FA">
        <w:t xml:space="preserve"> </w:t>
      </w:r>
      <w:proofErr w:type="spellStart"/>
      <w:r w:rsidRPr="003B66FA">
        <w:t>bezpečnosť</w:t>
      </w:r>
      <w:proofErr w:type="spellEnd"/>
      <w:r w:rsidRPr="003B66FA">
        <w:t xml:space="preserve"> </w:t>
      </w:r>
      <w:proofErr w:type="spellStart"/>
      <w:r w:rsidRPr="003B66FA">
        <w:t>finálneho</w:t>
      </w:r>
      <w:proofErr w:type="spellEnd"/>
      <w:r w:rsidRPr="003B66FA">
        <w:t xml:space="preserve"> </w:t>
      </w:r>
      <w:proofErr w:type="spellStart"/>
      <w:r w:rsidRPr="003B66FA">
        <w:t>produktu</w:t>
      </w:r>
      <w:proofErr w:type="spellEnd"/>
      <w:r w:rsidRPr="003B66FA">
        <w:t>.</w:t>
      </w:r>
    </w:p>
    <w:p w14:paraId="01D96170" w14:textId="77777777" w:rsidR="00A5019A" w:rsidRPr="003B66FA" w:rsidRDefault="00A5019A" w:rsidP="00A5019A">
      <w:pPr>
        <w:numPr>
          <w:ilvl w:val="0"/>
          <w:numId w:val="20"/>
        </w:numPr>
        <w:spacing w:after="160" w:line="259" w:lineRule="auto"/>
        <w:jc w:val="both"/>
      </w:pPr>
      <w:proofErr w:type="spellStart"/>
      <w:r w:rsidRPr="003B66FA">
        <w:rPr>
          <w:b/>
          <w:bCs/>
        </w:rPr>
        <w:t>Prispôsobivosť</w:t>
      </w:r>
      <w:proofErr w:type="spellEnd"/>
      <w:r w:rsidRPr="003B66FA">
        <w:rPr>
          <w:b/>
          <w:bCs/>
        </w:rPr>
        <w:t>:</w:t>
      </w:r>
      <w:r w:rsidRPr="003B66FA">
        <w:t xml:space="preserve"> </w:t>
      </w:r>
      <w:proofErr w:type="spellStart"/>
      <w:r w:rsidRPr="003B66FA">
        <w:t>Ochota</w:t>
      </w:r>
      <w:proofErr w:type="spellEnd"/>
      <w:r w:rsidRPr="003B66FA">
        <w:t xml:space="preserve"> </w:t>
      </w:r>
      <w:proofErr w:type="spellStart"/>
      <w:r w:rsidRPr="003B66FA">
        <w:t>prispôsobiť</w:t>
      </w:r>
      <w:proofErr w:type="spellEnd"/>
      <w:r w:rsidRPr="003B66FA">
        <w:t xml:space="preserve"> </w:t>
      </w:r>
      <w:proofErr w:type="spellStart"/>
      <w:r w:rsidRPr="003B66FA">
        <w:t>sa</w:t>
      </w:r>
      <w:proofErr w:type="spellEnd"/>
      <w:r w:rsidRPr="003B66FA">
        <w:t xml:space="preserve"> </w:t>
      </w:r>
      <w:proofErr w:type="spellStart"/>
      <w:r w:rsidRPr="003B66FA">
        <w:t>pracovnému</w:t>
      </w:r>
      <w:proofErr w:type="spellEnd"/>
      <w:r w:rsidRPr="003B66FA">
        <w:t xml:space="preserve"> </w:t>
      </w:r>
      <w:proofErr w:type="spellStart"/>
      <w:r w:rsidRPr="003B66FA">
        <w:t>režimu</w:t>
      </w:r>
      <w:proofErr w:type="spellEnd"/>
      <w:r w:rsidRPr="003B66FA">
        <w:t xml:space="preserve"> (</w:t>
      </w:r>
      <w:proofErr w:type="spellStart"/>
      <w:r w:rsidRPr="003B66FA">
        <w:t>zmenová</w:t>
      </w:r>
      <w:proofErr w:type="spellEnd"/>
      <w:r w:rsidRPr="003B66FA">
        <w:t xml:space="preserve"> </w:t>
      </w:r>
      <w:proofErr w:type="spellStart"/>
      <w:r w:rsidRPr="003B66FA">
        <w:t>prevádzka</w:t>
      </w:r>
      <w:proofErr w:type="spellEnd"/>
      <w:r w:rsidRPr="003B66FA">
        <w:t xml:space="preserve">) a </w:t>
      </w:r>
      <w:proofErr w:type="spellStart"/>
      <w:r w:rsidRPr="003B66FA">
        <w:t>držať</w:t>
      </w:r>
      <w:proofErr w:type="spellEnd"/>
      <w:r w:rsidRPr="003B66FA">
        <w:t xml:space="preserve"> </w:t>
      </w:r>
      <w:proofErr w:type="spellStart"/>
      <w:r w:rsidRPr="003B66FA">
        <w:t>krok</w:t>
      </w:r>
      <w:proofErr w:type="spellEnd"/>
      <w:r w:rsidRPr="003B66FA">
        <w:t xml:space="preserve"> s </w:t>
      </w:r>
      <w:proofErr w:type="spellStart"/>
      <w:r w:rsidRPr="003B66FA">
        <w:t>modernými</w:t>
      </w:r>
      <w:proofErr w:type="spellEnd"/>
      <w:r w:rsidRPr="003B66FA">
        <w:t xml:space="preserve"> </w:t>
      </w:r>
      <w:proofErr w:type="spellStart"/>
      <w:r w:rsidRPr="003B66FA">
        <w:t>zváracími</w:t>
      </w:r>
      <w:proofErr w:type="spellEnd"/>
      <w:r w:rsidRPr="003B66FA">
        <w:t xml:space="preserve"> </w:t>
      </w:r>
      <w:proofErr w:type="spellStart"/>
      <w:r w:rsidRPr="003B66FA">
        <w:t>trendmi</w:t>
      </w:r>
      <w:proofErr w:type="spellEnd"/>
      <w:r w:rsidRPr="003B66FA">
        <w:t xml:space="preserve"> a </w:t>
      </w:r>
      <w:proofErr w:type="spellStart"/>
      <w:r w:rsidRPr="003B66FA">
        <w:t>materiálmi</w:t>
      </w:r>
      <w:proofErr w:type="spellEnd"/>
      <w:r w:rsidRPr="003B66FA">
        <w:t>.</w:t>
      </w:r>
    </w:p>
    <w:p w14:paraId="0B7BB246" w14:textId="77777777" w:rsidR="00A5019A" w:rsidRPr="003B66FA" w:rsidRDefault="00A5019A" w:rsidP="00A5019A">
      <w:pPr>
        <w:jc w:val="both"/>
        <w:rPr>
          <w:b/>
          <w:bCs/>
        </w:rPr>
      </w:pPr>
      <w:r w:rsidRPr="003B66FA">
        <w:rPr>
          <w:b/>
          <w:bCs/>
        </w:rPr>
        <w:t xml:space="preserve">7. </w:t>
      </w:r>
      <w:proofErr w:type="spellStart"/>
      <w:r w:rsidRPr="003B66FA">
        <w:rPr>
          <w:b/>
          <w:bCs/>
        </w:rPr>
        <w:t>Výhody</w:t>
      </w:r>
      <w:proofErr w:type="spellEnd"/>
      <w:r w:rsidRPr="003B66FA">
        <w:rPr>
          <w:b/>
          <w:bCs/>
        </w:rPr>
        <w:t xml:space="preserve"> a </w:t>
      </w:r>
      <w:proofErr w:type="spellStart"/>
      <w:r w:rsidRPr="003B66FA">
        <w:rPr>
          <w:b/>
          <w:bCs/>
        </w:rPr>
        <w:t>benefity</w:t>
      </w:r>
      <w:proofErr w:type="spellEnd"/>
    </w:p>
    <w:p w14:paraId="2372DDD5" w14:textId="77777777" w:rsidR="00A5019A" w:rsidRPr="003B66FA" w:rsidRDefault="00A5019A" w:rsidP="00A5019A">
      <w:pPr>
        <w:numPr>
          <w:ilvl w:val="0"/>
          <w:numId w:val="21"/>
        </w:numPr>
        <w:spacing w:after="160" w:line="259" w:lineRule="auto"/>
        <w:jc w:val="both"/>
      </w:pPr>
      <w:proofErr w:type="spellStart"/>
      <w:r w:rsidRPr="003B66FA">
        <w:t>Nadštandardné</w:t>
      </w:r>
      <w:proofErr w:type="spellEnd"/>
      <w:r w:rsidRPr="003B66FA">
        <w:t xml:space="preserve"> </w:t>
      </w:r>
      <w:proofErr w:type="spellStart"/>
      <w:r w:rsidRPr="003B66FA">
        <w:t>finančné</w:t>
      </w:r>
      <w:proofErr w:type="spellEnd"/>
      <w:r w:rsidRPr="003B66FA">
        <w:t xml:space="preserve"> </w:t>
      </w:r>
      <w:proofErr w:type="spellStart"/>
      <w:r w:rsidRPr="003B66FA">
        <w:t>ohodnotenie</w:t>
      </w:r>
      <w:proofErr w:type="spellEnd"/>
      <w:r w:rsidRPr="003B66FA">
        <w:t xml:space="preserve"> </w:t>
      </w:r>
      <w:proofErr w:type="spellStart"/>
      <w:r w:rsidRPr="003B66FA">
        <w:t>závislé</w:t>
      </w:r>
      <w:proofErr w:type="spellEnd"/>
      <w:r w:rsidRPr="003B66FA">
        <w:t xml:space="preserve"> </w:t>
      </w:r>
      <w:proofErr w:type="spellStart"/>
      <w:r w:rsidRPr="003B66FA">
        <w:t>od</w:t>
      </w:r>
      <w:proofErr w:type="spellEnd"/>
      <w:r w:rsidRPr="003B66FA">
        <w:t xml:space="preserve"> </w:t>
      </w:r>
      <w:proofErr w:type="spellStart"/>
      <w:r w:rsidRPr="003B66FA">
        <w:t>platných</w:t>
      </w:r>
      <w:proofErr w:type="spellEnd"/>
      <w:r w:rsidRPr="003B66FA">
        <w:t xml:space="preserve"> </w:t>
      </w:r>
      <w:proofErr w:type="spellStart"/>
      <w:r w:rsidRPr="003B66FA">
        <w:t>certifikácií</w:t>
      </w:r>
      <w:proofErr w:type="spellEnd"/>
      <w:r w:rsidRPr="003B66FA">
        <w:t xml:space="preserve"> a </w:t>
      </w:r>
      <w:proofErr w:type="spellStart"/>
      <w:r w:rsidRPr="003B66FA">
        <w:t>preukázanej</w:t>
      </w:r>
      <w:proofErr w:type="spellEnd"/>
      <w:r w:rsidRPr="003B66FA">
        <w:t xml:space="preserve"> </w:t>
      </w:r>
      <w:proofErr w:type="spellStart"/>
      <w:r w:rsidRPr="003B66FA">
        <w:t>kvality</w:t>
      </w:r>
      <w:proofErr w:type="spellEnd"/>
      <w:r w:rsidRPr="003B66FA">
        <w:t xml:space="preserve"> </w:t>
      </w:r>
      <w:proofErr w:type="spellStart"/>
      <w:r w:rsidRPr="003B66FA">
        <w:t>zvarov</w:t>
      </w:r>
      <w:proofErr w:type="spellEnd"/>
      <w:r w:rsidRPr="003B66FA">
        <w:t>.</w:t>
      </w:r>
    </w:p>
    <w:p w14:paraId="21E3F317" w14:textId="77777777" w:rsidR="00A5019A" w:rsidRPr="003B66FA" w:rsidRDefault="00A5019A" w:rsidP="00A5019A">
      <w:pPr>
        <w:numPr>
          <w:ilvl w:val="0"/>
          <w:numId w:val="21"/>
        </w:numPr>
        <w:spacing w:after="160" w:line="259" w:lineRule="auto"/>
        <w:jc w:val="both"/>
      </w:pPr>
      <w:proofErr w:type="spellStart"/>
      <w:r w:rsidRPr="003B66FA">
        <w:t>Pravidelné</w:t>
      </w:r>
      <w:proofErr w:type="spellEnd"/>
      <w:r w:rsidRPr="003B66FA">
        <w:t xml:space="preserve"> </w:t>
      </w:r>
      <w:proofErr w:type="spellStart"/>
      <w:r w:rsidRPr="003B66FA">
        <w:t>preplácanie</w:t>
      </w:r>
      <w:proofErr w:type="spellEnd"/>
      <w:r w:rsidRPr="003B66FA">
        <w:t xml:space="preserve"> </w:t>
      </w:r>
      <w:proofErr w:type="spellStart"/>
      <w:r w:rsidRPr="003B66FA">
        <w:t>obnovy</w:t>
      </w:r>
      <w:proofErr w:type="spellEnd"/>
      <w:r w:rsidRPr="003B66FA">
        <w:t xml:space="preserve"> a </w:t>
      </w:r>
      <w:proofErr w:type="spellStart"/>
      <w:r w:rsidRPr="003B66FA">
        <w:t>rozširovania</w:t>
      </w:r>
      <w:proofErr w:type="spellEnd"/>
      <w:r w:rsidRPr="003B66FA">
        <w:t xml:space="preserve"> </w:t>
      </w:r>
      <w:proofErr w:type="spellStart"/>
      <w:r w:rsidRPr="003B66FA">
        <w:t>zváračských</w:t>
      </w:r>
      <w:proofErr w:type="spellEnd"/>
      <w:r w:rsidRPr="003B66FA">
        <w:t xml:space="preserve"> </w:t>
      </w:r>
      <w:proofErr w:type="spellStart"/>
      <w:r w:rsidRPr="003B66FA">
        <w:t>skúšok</w:t>
      </w:r>
      <w:proofErr w:type="spellEnd"/>
      <w:r w:rsidRPr="003B66FA">
        <w:t xml:space="preserve"> </w:t>
      </w:r>
      <w:proofErr w:type="spellStart"/>
      <w:r w:rsidRPr="003B66FA">
        <w:t>na</w:t>
      </w:r>
      <w:proofErr w:type="spellEnd"/>
      <w:r w:rsidRPr="003B66FA">
        <w:t xml:space="preserve"> </w:t>
      </w:r>
      <w:proofErr w:type="spellStart"/>
      <w:r w:rsidRPr="003B66FA">
        <w:t>náklady</w:t>
      </w:r>
      <w:proofErr w:type="spellEnd"/>
      <w:r w:rsidRPr="003B66FA">
        <w:t xml:space="preserve"> </w:t>
      </w:r>
      <w:proofErr w:type="spellStart"/>
      <w:r w:rsidRPr="003B66FA">
        <w:t>zamestnávateľa</w:t>
      </w:r>
      <w:proofErr w:type="spellEnd"/>
      <w:r w:rsidRPr="003B66FA">
        <w:t>.</w:t>
      </w:r>
    </w:p>
    <w:p w14:paraId="0C909EF5" w14:textId="77777777" w:rsidR="00A5019A" w:rsidRDefault="00A5019A" w:rsidP="00A5019A">
      <w:pPr>
        <w:numPr>
          <w:ilvl w:val="0"/>
          <w:numId w:val="21"/>
        </w:numPr>
        <w:spacing w:after="160" w:line="259" w:lineRule="auto"/>
        <w:jc w:val="both"/>
      </w:pPr>
      <w:proofErr w:type="spellStart"/>
      <w:r w:rsidRPr="003B66FA">
        <w:t>Výkonnostné</w:t>
      </w:r>
      <w:proofErr w:type="spellEnd"/>
      <w:r w:rsidRPr="003B66FA">
        <w:t xml:space="preserve"> </w:t>
      </w:r>
      <w:proofErr w:type="spellStart"/>
      <w:r w:rsidRPr="003B66FA">
        <w:t>bonusy</w:t>
      </w:r>
      <w:proofErr w:type="spellEnd"/>
      <w:r w:rsidRPr="003B66FA">
        <w:t xml:space="preserve">, </w:t>
      </w:r>
      <w:proofErr w:type="spellStart"/>
      <w:r w:rsidRPr="003B66FA">
        <w:t>prémie</w:t>
      </w:r>
      <w:proofErr w:type="spellEnd"/>
      <w:r w:rsidRPr="003B66FA">
        <w:t xml:space="preserve"> za </w:t>
      </w:r>
      <w:proofErr w:type="spellStart"/>
      <w:r w:rsidRPr="003B66FA">
        <w:t>bezproblémovú</w:t>
      </w:r>
      <w:proofErr w:type="spellEnd"/>
      <w:r w:rsidRPr="003B66FA">
        <w:t xml:space="preserve"> </w:t>
      </w:r>
      <w:proofErr w:type="spellStart"/>
      <w:r w:rsidRPr="003B66FA">
        <w:t>úspešnosť</w:t>
      </w:r>
      <w:proofErr w:type="spellEnd"/>
      <w:r w:rsidRPr="003B66FA">
        <w:t xml:space="preserve"> </w:t>
      </w:r>
      <w:proofErr w:type="spellStart"/>
      <w:r w:rsidRPr="003B66FA">
        <w:t>pri</w:t>
      </w:r>
      <w:proofErr w:type="spellEnd"/>
      <w:r w:rsidRPr="003B66FA">
        <w:t xml:space="preserve"> </w:t>
      </w:r>
      <w:proofErr w:type="spellStart"/>
      <w:r w:rsidRPr="003B66FA">
        <w:t>certifikovaných</w:t>
      </w:r>
      <w:proofErr w:type="spellEnd"/>
      <w:r w:rsidRPr="003B66FA">
        <w:t xml:space="preserve"> </w:t>
      </w:r>
      <w:proofErr w:type="spellStart"/>
      <w:r w:rsidRPr="003B66FA">
        <w:t>skúškach</w:t>
      </w:r>
      <w:proofErr w:type="spellEnd"/>
      <w:r w:rsidRPr="003B66FA">
        <w:t xml:space="preserve"> </w:t>
      </w:r>
      <w:proofErr w:type="spellStart"/>
      <w:r w:rsidRPr="003B66FA">
        <w:t>zvarov</w:t>
      </w:r>
      <w:proofErr w:type="spellEnd"/>
      <w:r w:rsidRPr="003B66FA">
        <w:t xml:space="preserve"> a </w:t>
      </w:r>
      <w:proofErr w:type="spellStart"/>
      <w:r w:rsidRPr="003B66FA">
        <w:t>stabilné</w:t>
      </w:r>
      <w:proofErr w:type="spellEnd"/>
      <w:r w:rsidRPr="003B66FA">
        <w:t xml:space="preserve"> </w:t>
      </w:r>
      <w:proofErr w:type="spellStart"/>
      <w:r w:rsidRPr="003B66FA">
        <w:t>zázmie</w:t>
      </w:r>
      <w:proofErr w:type="spellEnd"/>
      <w:r w:rsidRPr="003B66FA">
        <w:t xml:space="preserve"> v </w:t>
      </w:r>
      <w:proofErr w:type="spellStart"/>
      <w:r w:rsidRPr="003B66FA">
        <w:t>silnej</w:t>
      </w:r>
      <w:proofErr w:type="spellEnd"/>
      <w:r w:rsidRPr="003B66FA">
        <w:t xml:space="preserve"> </w:t>
      </w:r>
      <w:proofErr w:type="spellStart"/>
      <w:r w:rsidRPr="003B66FA">
        <w:t>spoločnosti</w:t>
      </w:r>
      <w:proofErr w:type="spellEnd"/>
      <w:r w:rsidRPr="003B66FA">
        <w:t>.</w:t>
      </w:r>
    </w:p>
    <w:p w14:paraId="5C1AAFFA" w14:textId="77777777" w:rsidR="00081FB0" w:rsidRPr="00B4526D" w:rsidRDefault="00081FB0" w:rsidP="00081FB0">
      <w:pPr>
        <w:numPr>
          <w:ilvl w:val="0"/>
          <w:numId w:val="21"/>
        </w:numPr>
        <w:spacing w:after="160" w:line="259" w:lineRule="auto"/>
        <w:jc w:val="both"/>
      </w:pPr>
      <w:proofErr w:type="spellStart"/>
      <w:r w:rsidRPr="00B4526D">
        <w:t>Stabilné</w:t>
      </w:r>
      <w:proofErr w:type="spellEnd"/>
      <w:r w:rsidRPr="00B4526D">
        <w:t xml:space="preserve"> </w:t>
      </w:r>
      <w:proofErr w:type="spellStart"/>
      <w:r w:rsidRPr="00B4526D">
        <w:t>zamestnanie</w:t>
      </w:r>
      <w:proofErr w:type="spellEnd"/>
      <w:r w:rsidRPr="00B4526D">
        <w:t xml:space="preserve"> </w:t>
      </w:r>
    </w:p>
    <w:p w14:paraId="06DDFA84" w14:textId="77777777" w:rsidR="00081FB0" w:rsidRPr="00B4526D" w:rsidRDefault="00081FB0" w:rsidP="00081FB0">
      <w:pPr>
        <w:numPr>
          <w:ilvl w:val="0"/>
          <w:numId w:val="21"/>
        </w:numPr>
        <w:spacing w:after="160" w:line="259" w:lineRule="auto"/>
        <w:jc w:val="both"/>
      </w:pPr>
      <w:proofErr w:type="spellStart"/>
      <w:r w:rsidRPr="00B4526D">
        <w:t>Atraktívne</w:t>
      </w:r>
      <w:proofErr w:type="spellEnd"/>
      <w:r w:rsidRPr="00B4526D">
        <w:t xml:space="preserve"> </w:t>
      </w:r>
      <w:proofErr w:type="spellStart"/>
      <w:r w:rsidRPr="00B4526D">
        <w:t>finančné</w:t>
      </w:r>
      <w:proofErr w:type="spellEnd"/>
      <w:r w:rsidRPr="00B4526D">
        <w:t xml:space="preserve"> </w:t>
      </w:r>
      <w:proofErr w:type="spellStart"/>
      <w:r w:rsidRPr="00B4526D">
        <w:t>ohodnotenie</w:t>
      </w:r>
      <w:proofErr w:type="spellEnd"/>
      <w:r w:rsidRPr="00B4526D">
        <w:t xml:space="preserve"> </w:t>
      </w:r>
      <w:proofErr w:type="spellStart"/>
      <w:r w:rsidRPr="00B4526D">
        <w:t>motivujúce</w:t>
      </w:r>
      <w:proofErr w:type="spellEnd"/>
      <w:r w:rsidRPr="00B4526D">
        <w:t xml:space="preserve"> k </w:t>
      </w:r>
      <w:proofErr w:type="spellStart"/>
      <w:r w:rsidRPr="00B4526D">
        <w:t>výkonu</w:t>
      </w:r>
      <w:proofErr w:type="spellEnd"/>
      <w:r w:rsidRPr="00B4526D">
        <w:t xml:space="preserve">, </w:t>
      </w:r>
      <w:proofErr w:type="spellStart"/>
      <w:r w:rsidRPr="00B4526D">
        <w:t>vrátane</w:t>
      </w:r>
      <w:proofErr w:type="spellEnd"/>
      <w:r w:rsidRPr="00C777DF">
        <w:rPr>
          <w:b/>
          <w:bCs/>
        </w:rPr>
        <w:t xml:space="preserve"> za </w:t>
      </w:r>
      <w:proofErr w:type="spellStart"/>
      <w:r w:rsidRPr="00C777DF">
        <w:rPr>
          <w:b/>
          <w:bCs/>
        </w:rPr>
        <w:t>prácu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nadčasy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alebo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cez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víkendy</w:t>
      </w:r>
      <w:proofErr w:type="spellEnd"/>
      <w:r w:rsidRPr="00C777DF">
        <w:rPr>
          <w:b/>
          <w:bCs/>
        </w:rPr>
        <w:t>.</w:t>
      </w:r>
    </w:p>
    <w:p w14:paraId="0CE054A0" w14:textId="77777777" w:rsidR="00081FB0" w:rsidRPr="00B4526D" w:rsidRDefault="00081FB0" w:rsidP="00081FB0">
      <w:pPr>
        <w:numPr>
          <w:ilvl w:val="0"/>
          <w:numId w:val="21"/>
        </w:numPr>
        <w:spacing w:after="160" w:line="259" w:lineRule="auto"/>
        <w:jc w:val="both"/>
      </w:pPr>
      <w:proofErr w:type="spellStart"/>
      <w:r w:rsidRPr="00C777DF">
        <w:rPr>
          <w:b/>
          <w:bCs/>
        </w:rPr>
        <w:t>Zabezpečené</w:t>
      </w:r>
      <w:proofErr w:type="spellEnd"/>
      <w:r w:rsidRPr="00C777DF">
        <w:rPr>
          <w:b/>
          <w:bCs/>
        </w:rPr>
        <w:t xml:space="preserve"> </w:t>
      </w:r>
      <w:proofErr w:type="spellStart"/>
      <w:r w:rsidRPr="00C777DF">
        <w:rPr>
          <w:b/>
          <w:bCs/>
        </w:rPr>
        <w:t>ubytovanie</w:t>
      </w:r>
      <w:proofErr w:type="spellEnd"/>
      <w:r w:rsidRPr="00B4526D">
        <w:t xml:space="preserve"> (</w:t>
      </w:r>
      <w:proofErr w:type="spellStart"/>
      <w:r w:rsidRPr="00B4526D">
        <w:t>príp</w:t>
      </w:r>
      <w:proofErr w:type="spellEnd"/>
      <w:r w:rsidRPr="00B4526D">
        <w:t xml:space="preserve">. </w:t>
      </w:r>
      <w:proofErr w:type="spellStart"/>
      <w:r w:rsidRPr="00B4526D">
        <w:t>príspevok</w:t>
      </w:r>
      <w:proofErr w:type="spellEnd"/>
      <w:r w:rsidRPr="00B4526D">
        <w:t xml:space="preserve"> </w:t>
      </w:r>
      <w:proofErr w:type="spellStart"/>
      <w:r w:rsidRPr="00B4526D">
        <w:t>na</w:t>
      </w:r>
      <w:proofErr w:type="spellEnd"/>
      <w:r w:rsidRPr="00B4526D">
        <w:t xml:space="preserve"> </w:t>
      </w:r>
      <w:proofErr w:type="spellStart"/>
      <w:r w:rsidRPr="00B4526D">
        <w:t>ubytovanie</w:t>
      </w:r>
      <w:proofErr w:type="spellEnd"/>
      <w:r w:rsidRPr="00B4526D">
        <w:t xml:space="preserve">) a </w:t>
      </w:r>
      <w:proofErr w:type="spellStart"/>
      <w:r w:rsidRPr="00B4526D">
        <w:t>firemná</w:t>
      </w:r>
      <w:proofErr w:type="spellEnd"/>
      <w:r w:rsidRPr="00B4526D">
        <w:t xml:space="preserve"> </w:t>
      </w:r>
      <w:proofErr w:type="spellStart"/>
      <w:r w:rsidRPr="00C777DF">
        <w:rPr>
          <w:b/>
          <w:bCs/>
        </w:rPr>
        <w:t>doprava</w:t>
      </w:r>
      <w:proofErr w:type="spellEnd"/>
      <w:r w:rsidRPr="00B4526D">
        <w:t>.</w:t>
      </w:r>
    </w:p>
    <w:p w14:paraId="6AEF214B" w14:textId="77777777" w:rsidR="00A5019A" w:rsidRPr="003B66FA" w:rsidRDefault="00A5019A" w:rsidP="00081FB0">
      <w:pPr>
        <w:spacing w:after="160" w:line="259" w:lineRule="auto"/>
        <w:ind w:left="720"/>
        <w:jc w:val="both"/>
      </w:pPr>
    </w:p>
    <w:p w14:paraId="4B2A42C8" w14:textId="77777777" w:rsidR="003E025A" w:rsidRPr="009A50AE" w:rsidRDefault="003E025A">
      <w:pPr>
        <w:spacing w:before="400"/>
        <w:rPr>
          <w:sz w:val="28"/>
          <w:szCs w:val="28"/>
        </w:rPr>
      </w:pPr>
    </w:p>
    <w:tbl>
      <w:tblPr>
        <w:tblW w:w="9684" w:type="dxa"/>
        <w:jc w:val="center"/>
        <w:tblLook w:val="04A0" w:firstRow="1" w:lastRow="0" w:firstColumn="1" w:lastColumn="0" w:noHBand="0" w:noVBand="1"/>
      </w:tblPr>
      <w:tblGrid>
        <w:gridCol w:w="9684"/>
      </w:tblGrid>
      <w:tr w:rsidR="003E025A" w:rsidRPr="009A50AE" w14:paraId="528C27BE" w14:textId="77777777" w:rsidTr="009A50AE">
        <w:trPr>
          <w:trHeight w:val="2173"/>
          <w:jc w:val="center"/>
        </w:trPr>
        <w:tc>
          <w:tcPr>
            <w:tcW w:w="9684" w:type="dxa"/>
            <w:shd w:val="clear" w:color="auto" w:fill="F4F6F8"/>
          </w:tcPr>
          <w:p w14:paraId="2F50C9A6" w14:textId="77777777" w:rsidR="003E025A" w:rsidRPr="009A50AE" w:rsidRDefault="00000000">
            <w:pPr>
              <w:spacing w:before="160" w:after="80"/>
              <w:jc w:val="center"/>
              <w:rPr>
                <w:sz w:val="28"/>
                <w:szCs w:val="28"/>
              </w:rPr>
            </w:pPr>
            <w:r w:rsidRPr="009A50AE">
              <w:rPr>
                <w:b/>
                <w:color w:val="102542"/>
                <w:sz w:val="28"/>
                <w:szCs w:val="28"/>
              </w:rPr>
              <w:t>Máte záujem o túto pozíciu?</w:t>
            </w:r>
          </w:p>
          <w:p w14:paraId="4954BAB9" w14:textId="360E4464" w:rsidR="003E025A" w:rsidRPr="009A50AE" w:rsidRDefault="009A50AE">
            <w:pPr>
              <w:spacing w:after="160"/>
              <w:jc w:val="center"/>
              <w:rPr>
                <w:sz w:val="28"/>
                <w:szCs w:val="28"/>
              </w:rPr>
            </w:pPr>
            <w:proofErr w:type="spellStart"/>
            <w:r w:rsidRPr="009A50AE">
              <w:rPr>
                <w:sz w:val="24"/>
                <w:szCs w:val="28"/>
              </w:rPr>
              <w:t>Konntaktujte</w:t>
            </w:r>
            <w:proofErr w:type="spellEnd"/>
            <w:r w:rsidRPr="009A50AE">
              <w:rPr>
                <w:sz w:val="24"/>
                <w:szCs w:val="28"/>
              </w:rPr>
              <w:t xml:space="preserve"> </w:t>
            </w:r>
            <w:proofErr w:type="spellStart"/>
            <w:r w:rsidRPr="009A50AE">
              <w:rPr>
                <w:sz w:val="24"/>
                <w:szCs w:val="28"/>
              </w:rPr>
              <w:t>nás</w:t>
            </w:r>
            <w:proofErr w:type="spellEnd"/>
            <w:r w:rsidRPr="009A50AE">
              <w:rPr>
                <w:sz w:val="24"/>
                <w:szCs w:val="28"/>
              </w:rPr>
              <w:t xml:space="preserve"> </w:t>
            </w:r>
            <w:proofErr w:type="spellStart"/>
            <w:r w:rsidRPr="009A50AE">
              <w:rPr>
                <w:sz w:val="24"/>
                <w:szCs w:val="28"/>
              </w:rPr>
              <w:t>na</w:t>
            </w:r>
            <w:proofErr w:type="spellEnd"/>
            <w:r w:rsidRPr="009A50AE">
              <w:rPr>
                <w:sz w:val="24"/>
                <w:szCs w:val="28"/>
              </w:rPr>
              <w:t xml:space="preserve">: </w:t>
            </w:r>
            <w:r w:rsidRPr="009A50AE">
              <w:rPr>
                <w:b/>
                <w:bCs/>
                <w:sz w:val="24"/>
                <w:szCs w:val="28"/>
              </w:rPr>
              <w:t>0948 905 798</w:t>
            </w:r>
            <w:r w:rsidRPr="009A50AE">
              <w:rPr>
                <w:sz w:val="24"/>
                <w:szCs w:val="28"/>
              </w:rPr>
              <w:t xml:space="preserve"> </w:t>
            </w:r>
            <w:proofErr w:type="spellStart"/>
            <w:r w:rsidRPr="009A50AE">
              <w:rPr>
                <w:sz w:val="24"/>
                <w:szCs w:val="28"/>
              </w:rPr>
              <w:t>alebo</w:t>
            </w:r>
            <w:proofErr w:type="spellEnd"/>
            <w:r w:rsidRPr="009A50AE">
              <w:rPr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9A50AE">
              <w:rPr>
                <w:sz w:val="24"/>
                <w:szCs w:val="28"/>
              </w:rPr>
              <w:t>na</w:t>
            </w:r>
            <w:proofErr w:type="spellEnd"/>
            <w:r w:rsidRPr="009A50AE">
              <w:rPr>
                <w:sz w:val="24"/>
                <w:szCs w:val="28"/>
              </w:rPr>
              <w:t xml:space="preserve">  </w:t>
            </w:r>
            <w:r w:rsidR="00C66A02" w:rsidRPr="009A50AE">
              <w:rPr>
                <w:b/>
                <w:color w:val="102542"/>
                <w:sz w:val="24"/>
                <w:szCs w:val="28"/>
              </w:rPr>
              <w:t>partner</w:t>
            </w:r>
            <w:r w:rsidRPr="009A50AE">
              <w:rPr>
                <w:b/>
                <w:color w:val="102542"/>
                <w:sz w:val="24"/>
                <w:szCs w:val="28"/>
              </w:rPr>
              <w:t>@wellwork.sk</w:t>
            </w:r>
            <w:proofErr w:type="gramEnd"/>
          </w:p>
        </w:tc>
      </w:tr>
    </w:tbl>
    <w:p w14:paraId="65DD8A60" w14:textId="77777777" w:rsidR="00263AC6" w:rsidRDefault="00263AC6"/>
    <w:sectPr w:rsidR="00263AC6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A3C25" w14:textId="77777777" w:rsidR="00F905DF" w:rsidRDefault="00F905DF" w:rsidP="00C66A02">
      <w:pPr>
        <w:spacing w:after="0" w:line="240" w:lineRule="auto"/>
      </w:pPr>
      <w:r>
        <w:separator/>
      </w:r>
    </w:p>
  </w:endnote>
  <w:endnote w:type="continuationSeparator" w:id="0">
    <w:p w14:paraId="1BE4EE77" w14:textId="77777777" w:rsidR="00F905DF" w:rsidRDefault="00F905DF" w:rsidP="00C66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3D502" w14:textId="77777777" w:rsidR="00F905DF" w:rsidRDefault="00F905DF" w:rsidP="00C66A02">
      <w:pPr>
        <w:spacing w:after="0" w:line="240" w:lineRule="auto"/>
      </w:pPr>
      <w:r>
        <w:separator/>
      </w:r>
    </w:p>
  </w:footnote>
  <w:footnote w:type="continuationSeparator" w:id="0">
    <w:p w14:paraId="48224CCD" w14:textId="77777777" w:rsidR="00F905DF" w:rsidRDefault="00F905DF" w:rsidP="00C66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B8904" w14:textId="3364EDB7" w:rsidR="00C66A02" w:rsidRDefault="00C66A02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0044A5" wp14:editId="4FF41586">
          <wp:simplePos x="0" y="0"/>
          <wp:positionH relativeFrom="column">
            <wp:posOffset>4757420</wp:posOffset>
          </wp:positionH>
          <wp:positionV relativeFrom="paragraph">
            <wp:posOffset>-274320</wp:posOffset>
          </wp:positionV>
          <wp:extent cx="1772285" cy="670560"/>
          <wp:effectExtent l="0" t="0" r="0" b="0"/>
          <wp:wrapTopAndBottom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2285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BF1354" w14:textId="77777777" w:rsidR="00C66A02" w:rsidRDefault="00C66A0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DF08EE"/>
    <w:multiLevelType w:val="multilevel"/>
    <w:tmpl w:val="9824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1C743D"/>
    <w:multiLevelType w:val="multilevel"/>
    <w:tmpl w:val="2404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7405EB"/>
    <w:multiLevelType w:val="multilevel"/>
    <w:tmpl w:val="6D7C8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7315E"/>
    <w:multiLevelType w:val="multilevel"/>
    <w:tmpl w:val="32F2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A92A2E"/>
    <w:multiLevelType w:val="multilevel"/>
    <w:tmpl w:val="C886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7153E1"/>
    <w:multiLevelType w:val="multilevel"/>
    <w:tmpl w:val="68C0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A23A68"/>
    <w:multiLevelType w:val="multilevel"/>
    <w:tmpl w:val="EE00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E55858"/>
    <w:multiLevelType w:val="multilevel"/>
    <w:tmpl w:val="C6EA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4C593D"/>
    <w:multiLevelType w:val="multilevel"/>
    <w:tmpl w:val="9FE6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2C3CC6"/>
    <w:multiLevelType w:val="multilevel"/>
    <w:tmpl w:val="7576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F40557"/>
    <w:multiLevelType w:val="multilevel"/>
    <w:tmpl w:val="157C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570BCD"/>
    <w:multiLevelType w:val="multilevel"/>
    <w:tmpl w:val="E666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130543">
    <w:abstractNumId w:val="8"/>
  </w:num>
  <w:num w:numId="2" w16cid:durableId="1894079907">
    <w:abstractNumId w:val="6"/>
  </w:num>
  <w:num w:numId="3" w16cid:durableId="1891379306">
    <w:abstractNumId w:val="5"/>
  </w:num>
  <w:num w:numId="4" w16cid:durableId="1116755939">
    <w:abstractNumId w:val="4"/>
  </w:num>
  <w:num w:numId="5" w16cid:durableId="711998062">
    <w:abstractNumId w:val="7"/>
  </w:num>
  <w:num w:numId="6" w16cid:durableId="1559777917">
    <w:abstractNumId w:val="3"/>
  </w:num>
  <w:num w:numId="7" w16cid:durableId="566456381">
    <w:abstractNumId w:val="2"/>
  </w:num>
  <w:num w:numId="8" w16cid:durableId="231932626">
    <w:abstractNumId w:val="1"/>
  </w:num>
  <w:num w:numId="9" w16cid:durableId="499930739">
    <w:abstractNumId w:val="0"/>
  </w:num>
  <w:num w:numId="10" w16cid:durableId="315577844">
    <w:abstractNumId w:val="12"/>
  </w:num>
  <w:num w:numId="11" w16cid:durableId="797996475">
    <w:abstractNumId w:val="13"/>
  </w:num>
  <w:num w:numId="12" w16cid:durableId="259993878">
    <w:abstractNumId w:val="15"/>
  </w:num>
  <w:num w:numId="13" w16cid:durableId="250282777">
    <w:abstractNumId w:val="14"/>
  </w:num>
  <w:num w:numId="14" w16cid:durableId="1129710797">
    <w:abstractNumId w:val="20"/>
  </w:num>
  <w:num w:numId="15" w16cid:durableId="752313947">
    <w:abstractNumId w:val="18"/>
  </w:num>
  <w:num w:numId="16" w16cid:durableId="1826816305">
    <w:abstractNumId w:val="11"/>
  </w:num>
  <w:num w:numId="17" w16cid:durableId="534733827">
    <w:abstractNumId w:val="17"/>
  </w:num>
  <w:num w:numId="18" w16cid:durableId="1459643717">
    <w:abstractNumId w:val="9"/>
  </w:num>
  <w:num w:numId="19" w16cid:durableId="1987198682">
    <w:abstractNumId w:val="16"/>
  </w:num>
  <w:num w:numId="20" w16cid:durableId="372578612">
    <w:abstractNumId w:val="19"/>
  </w:num>
  <w:num w:numId="21" w16cid:durableId="16234586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FB0"/>
    <w:rsid w:val="0015074B"/>
    <w:rsid w:val="00263AC6"/>
    <w:rsid w:val="0029639D"/>
    <w:rsid w:val="00326F90"/>
    <w:rsid w:val="003E025A"/>
    <w:rsid w:val="0043240B"/>
    <w:rsid w:val="005F19E3"/>
    <w:rsid w:val="008C7A73"/>
    <w:rsid w:val="009A50AE"/>
    <w:rsid w:val="00A25A47"/>
    <w:rsid w:val="00A5019A"/>
    <w:rsid w:val="00AA1D8D"/>
    <w:rsid w:val="00AC3184"/>
    <w:rsid w:val="00B47730"/>
    <w:rsid w:val="00C66A02"/>
    <w:rsid w:val="00CB0664"/>
    <w:rsid w:val="00F77F7B"/>
    <w:rsid w:val="00F905DF"/>
    <w:rsid w:val="00FB3E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C4AAC8"/>
  <w14:defaultImageDpi w14:val="300"/>
  <w15:docId w15:val="{DCFD17CD-515A-4D68-90C8-41DC9605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20"/>
    </w:pPr>
    <w:rPr>
      <w:rFonts w:ascii="Calibri" w:hAnsi="Calibri"/>
      <w:color w:val="333333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info</cp:lastModifiedBy>
  <cp:revision>3</cp:revision>
  <cp:lastPrinted>2026-08-06T18:22:00Z</cp:lastPrinted>
  <dcterms:created xsi:type="dcterms:W3CDTF">2026-08-06T18:37:00Z</dcterms:created>
  <dcterms:modified xsi:type="dcterms:W3CDTF">2026-08-06T18:38:00Z</dcterms:modified>
  <cp:category/>
</cp:coreProperties>
</file>