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DE13AC" w14:textId="77777777" w:rsidR="00C66A02" w:rsidRDefault="00C66A02"/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040"/>
        <w:gridCol w:w="4320"/>
      </w:tblGrid>
      <w:tr w:rsidR="003E025A" w14:paraId="44CAAEDB" w14:textId="77777777">
        <w:trPr>
          <w:jc w:val="center"/>
        </w:trPr>
        <w:tc>
          <w:tcPr>
            <w:tcW w:w="5040" w:type="dxa"/>
          </w:tcPr>
          <w:p w14:paraId="471A373A" w14:textId="6AB4F1EE" w:rsidR="003E025A" w:rsidRDefault="00000000">
            <w:pPr>
              <w:spacing w:after="0"/>
            </w:pPr>
            <w:r>
              <w:rPr>
                <w:b/>
                <w:color w:val="102542"/>
                <w:sz w:val="40"/>
              </w:rPr>
              <w:t>WELLWORK Slovakia</w:t>
            </w:r>
            <w:r w:rsidR="005F19E3">
              <w:rPr>
                <w:b/>
                <w:color w:val="102542"/>
                <w:sz w:val="40"/>
              </w:rPr>
              <w:t xml:space="preserve"> </w:t>
            </w:r>
            <w:proofErr w:type="spellStart"/>
            <w:r w:rsidR="005F19E3">
              <w:rPr>
                <w:b/>
                <w:color w:val="102542"/>
                <w:sz w:val="40"/>
              </w:rPr>
              <w:t>s.r.o.</w:t>
            </w:r>
            <w:proofErr w:type="spellEnd"/>
          </w:p>
          <w:p w14:paraId="53C59904" w14:textId="77777777" w:rsidR="003E025A" w:rsidRDefault="00000000">
            <w:pPr>
              <w:spacing w:after="0"/>
            </w:pPr>
            <w:r>
              <w:rPr>
                <w:color w:val="4A777A"/>
                <w:sz w:val="18"/>
              </w:rPr>
              <w:t>Professional HR &amp; Recruitment Agency</w:t>
            </w:r>
          </w:p>
        </w:tc>
        <w:tc>
          <w:tcPr>
            <w:tcW w:w="4320" w:type="dxa"/>
          </w:tcPr>
          <w:p w14:paraId="5E8C0C56" w14:textId="77777777" w:rsidR="003E025A" w:rsidRDefault="00000000">
            <w:pPr>
              <w:spacing w:after="0"/>
              <w:jc w:val="right"/>
            </w:pPr>
            <w:r>
              <w:rPr>
                <w:b/>
                <w:color w:val="102542"/>
                <w:sz w:val="18"/>
              </w:rPr>
              <w:t xml:space="preserve">Web: </w:t>
            </w:r>
            <w:r>
              <w:rPr>
                <w:sz w:val="18"/>
              </w:rPr>
              <w:t>www.wellwork.sk</w:t>
            </w:r>
          </w:p>
          <w:p w14:paraId="3DC22FEF" w14:textId="7150A249" w:rsidR="003E025A" w:rsidRDefault="00000000">
            <w:pPr>
              <w:spacing w:after="0"/>
              <w:jc w:val="right"/>
            </w:pPr>
            <w:r>
              <w:rPr>
                <w:b/>
                <w:color w:val="102542"/>
                <w:sz w:val="18"/>
              </w:rPr>
              <w:t xml:space="preserve">E-mail: </w:t>
            </w:r>
            <w:r w:rsidR="0043240B">
              <w:rPr>
                <w:sz w:val="18"/>
              </w:rPr>
              <w:t>partner</w:t>
            </w:r>
            <w:r>
              <w:rPr>
                <w:sz w:val="18"/>
              </w:rPr>
              <w:t>@wellwork.sk</w:t>
            </w:r>
          </w:p>
          <w:p w14:paraId="5DB5C4DB" w14:textId="6D85B754" w:rsidR="003E025A" w:rsidRDefault="00000000">
            <w:pPr>
              <w:spacing w:after="0"/>
              <w:jc w:val="right"/>
            </w:pPr>
            <w:r>
              <w:rPr>
                <w:b/>
                <w:color w:val="102542"/>
                <w:sz w:val="18"/>
              </w:rPr>
              <w:t xml:space="preserve">Tel.: </w:t>
            </w:r>
            <w:r>
              <w:rPr>
                <w:sz w:val="18"/>
              </w:rPr>
              <w:t>+421</w:t>
            </w:r>
            <w:r w:rsidR="00AC3184" w:rsidRPr="00AC3184">
              <w:rPr>
                <w:sz w:val="18"/>
              </w:rPr>
              <w:t>0948 905</w:t>
            </w:r>
            <w:r w:rsidR="00AC3184" w:rsidRPr="00AC3184">
              <w:rPr>
                <w:sz w:val="18"/>
              </w:rPr>
              <w:t> </w:t>
            </w:r>
            <w:r w:rsidR="00AC3184" w:rsidRPr="00AC3184">
              <w:rPr>
                <w:sz w:val="18"/>
              </w:rPr>
              <w:t>798</w:t>
            </w:r>
            <w:r w:rsidR="00AC3184" w:rsidRPr="009A50AE">
              <w:rPr>
                <w:sz w:val="24"/>
                <w:szCs w:val="28"/>
              </w:rPr>
              <w:t xml:space="preserve"> </w:t>
            </w:r>
            <w:r>
              <w:rPr>
                <w:sz w:val="18"/>
              </w:rPr>
              <w:t xml:space="preserve"> </w:t>
            </w:r>
          </w:p>
          <w:p w14:paraId="7884E856" w14:textId="77777777" w:rsidR="005F19E3" w:rsidRDefault="00000000">
            <w:pPr>
              <w:spacing w:after="0"/>
              <w:jc w:val="right"/>
              <w:rPr>
                <w:sz w:val="18"/>
              </w:rPr>
            </w:pPr>
            <w:r>
              <w:rPr>
                <w:b/>
                <w:color w:val="102542"/>
                <w:sz w:val="18"/>
              </w:rPr>
              <w:t xml:space="preserve">Adresa: </w:t>
            </w:r>
            <w:proofErr w:type="spellStart"/>
            <w:r w:rsidR="005F19E3">
              <w:rPr>
                <w:sz w:val="18"/>
              </w:rPr>
              <w:t>Hríbová</w:t>
            </w:r>
            <w:proofErr w:type="spellEnd"/>
            <w:r w:rsidR="005F19E3">
              <w:rPr>
                <w:sz w:val="18"/>
              </w:rPr>
              <w:t xml:space="preserve"> 33, </w:t>
            </w:r>
          </w:p>
          <w:p w14:paraId="214DE804" w14:textId="2BA41337" w:rsidR="005F19E3" w:rsidRDefault="005F19E3">
            <w:pPr>
              <w:spacing w:after="0"/>
              <w:jc w:val="right"/>
            </w:pPr>
            <w:r>
              <w:rPr>
                <w:sz w:val="18"/>
              </w:rPr>
              <w:t xml:space="preserve">945 01 </w:t>
            </w:r>
            <w:proofErr w:type="spellStart"/>
            <w:r>
              <w:rPr>
                <w:sz w:val="18"/>
              </w:rPr>
              <w:t>Komárno</w:t>
            </w:r>
            <w:proofErr w:type="spellEnd"/>
          </w:p>
        </w:tc>
      </w:tr>
    </w:tbl>
    <w:p w14:paraId="2EA2D363" w14:textId="1F5AE366" w:rsidR="003E025A" w:rsidRDefault="003E025A">
      <w:pPr>
        <w:pBdr>
          <w:bottom w:val="single" w:sz="12" w:space="1" w:color="102542"/>
        </w:pBdr>
        <w:spacing w:before="240" w:after="360"/>
      </w:pPr>
    </w:p>
    <w:p w14:paraId="03B4E0B2" w14:textId="77777777" w:rsidR="00C66A02" w:rsidRDefault="00C66A02" w:rsidP="00C66A02">
      <w:pPr>
        <w:jc w:val="center"/>
        <w:rPr>
          <w:b/>
          <w:bCs/>
          <w:color w:val="002060"/>
          <w:sz w:val="28"/>
          <w:szCs w:val="28"/>
        </w:rPr>
      </w:pPr>
      <w:proofErr w:type="spellStart"/>
      <w:r w:rsidRPr="00C66A02">
        <w:rPr>
          <w:b/>
          <w:bCs/>
          <w:color w:val="002060"/>
          <w:sz w:val="28"/>
          <w:szCs w:val="28"/>
        </w:rPr>
        <w:t>Detailný</w:t>
      </w:r>
      <w:proofErr w:type="spellEnd"/>
      <w:r w:rsidRPr="00C66A02">
        <w:rPr>
          <w:b/>
          <w:bCs/>
          <w:color w:val="002060"/>
          <w:sz w:val="28"/>
          <w:szCs w:val="28"/>
        </w:rPr>
        <w:t xml:space="preserve"> </w:t>
      </w:r>
      <w:proofErr w:type="spellStart"/>
      <w:r w:rsidRPr="00C66A02">
        <w:rPr>
          <w:b/>
          <w:bCs/>
          <w:color w:val="002060"/>
          <w:sz w:val="28"/>
          <w:szCs w:val="28"/>
        </w:rPr>
        <w:t>popis</w:t>
      </w:r>
      <w:proofErr w:type="spellEnd"/>
      <w:r w:rsidRPr="00C66A02">
        <w:rPr>
          <w:b/>
          <w:bCs/>
          <w:color w:val="002060"/>
          <w:sz w:val="28"/>
          <w:szCs w:val="28"/>
        </w:rPr>
        <w:t xml:space="preserve"> </w:t>
      </w:r>
      <w:proofErr w:type="spellStart"/>
      <w:r w:rsidRPr="00C66A02">
        <w:rPr>
          <w:b/>
          <w:bCs/>
          <w:color w:val="002060"/>
          <w:sz w:val="28"/>
          <w:szCs w:val="28"/>
        </w:rPr>
        <w:t>pracovnej</w:t>
      </w:r>
      <w:proofErr w:type="spellEnd"/>
      <w:r w:rsidRPr="00C66A02">
        <w:rPr>
          <w:b/>
          <w:bCs/>
          <w:color w:val="002060"/>
          <w:sz w:val="28"/>
          <w:szCs w:val="28"/>
        </w:rPr>
        <w:t xml:space="preserve"> </w:t>
      </w:r>
      <w:proofErr w:type="spellStart"/>
      <w:r w:rsidRPr="00C66A02">
        <w:rPr>
          <w:b/>
          <w:bCs/>
          <w:color w:val="002060"/>
          <w:sz w:val="28"/>
          <w:szCs w:val="28"/>
        </w:rPr>
        <w:t>pozície</w:t>
      </w:r>
      <w:proofErr w:type="spellEnd"/>
      <w:r w:rsidRPr="00C66A02">
        <w:rPr>
          <w:b/>
          <w:bCs/>
          <w:color w:val="002060"/>
          <w:sz w:val="28"/>
          <w:szCs w:val="28"/>
        </w:rPr>
        <w:t xml:space="preserve">: </w:t>
      </w:r>
      <w:proofErr w:type="spellStart"/>
      <w:r w:rsidRPr="00C66A02">
        <w:rPr>
          <w:b/>
          <w:bCs/>
          <w:color w:val="002060"/>
          <w:sz w:val="28"/>
          <w:szCs w:val="28"/>
        </w:rPr>
        <w:t>Montážny</w:t>
      </w:r>
      <w:proofErr w:type="spellEnd"/>
      <w:r w:rsidRPr="00C66A02">
        <w:rPr>
          <w:b/>
          <w:bCs/>
          <w:color w:val="002060"/>
          <w:sz w:val="28"/>
          <w:szCs w:val="28"/>
        </w:rPr>
        <w:t xml:space="preserve"> </w:t>
      </w:r>
      <w:proofErr w:type="spellStart"/>
      <w:r w:rsidRPr="00C66A02">
        <w:rPr>
          <w:b/>
          <w:bCs/>
          <w:color w:val="002060"/>
          <w:sz w:val="28"/>
          <w:szCs w:val="28"/>
        </w:rPr>
        <w:t>zámočník</w:t>
      </w:r>
      <w:proofErr w:type="spellEnd"/>
    </w:p>
    <w:p w14:paraId="66380B4B" w14:textId="77777777" w:rsidR="009A50AE" w:rsidRPr="00C66A02" w:rsidRDefault="009A50AE" w:rsidP="00C66A02">
      <w:pPr>
        <w:jc w:val="center"/>
        <w:rPr>
          <w:b/>
          <w:bCs/>
          <w:color w:val="002060"/>
          <w:sz w:val="28"/>
          <w:szCs w:val="28"/>
        </w:rPr>
      </w:pPr>
    </w:p>
    <w:p w14:paraId="0138EF56" w14:textId="77777777" w:rsidR="009A50AE" w:rsidRPr="00B4526D" w:rsidRDefault="009A50AE" w:rsidP="009A50AE">
      <w:pPr>
        <w:jc w:val="both"/>
        <w:rPr>
          <w:b/>
          <w:bCs/>
        </w:rPr>
      </w:pPr>
      <w:r w:rsidRPr="00B4526D">
        <w:rPr>
          <w:b/>
          <w:bCs/>
        </w:rPr>
        <w:t xml:space="preserve">1. </w:t>
      </w:r>
      <w:proofErr w:type="spellStart"/>
      <w:r w:rsidRPr="00B4526D">
        <w:rPr>
          <w:b/>
          <w:bCs/>
        </w:rPr>
        <w:t>Úvod</w:t>
      </w:r>
      <w:proofErr w:type="spellEnd"/>
      <w:r w:rsidRPr="00B4526D">
        <w:rPr>
          <w:b/>
          <w:bCs/>
        </w:rPr>
        <w:t xml:space="preserve"> </w:t>
      </w:r>
      <w:proofErr w:type="spellStart"/>
      <w:r w:rsidRPr="00B4526D">
        <w:rPr>
          <w:b/>
          <w:bCs/>
        </w:rPr>
        <w:t>pozície</w:t>
      </w:r>
      <w:proofErr w:type="spellEnd"/>
    </w:p>
    <w:p w14:paraId="00426706" w14:textId="77777777" w:rsidR="009A50AE" w:rsidRPr="00B4526D" w:rsidRDefault="009A50AE" w:rsidP="009A50AE">
      <w:pPr>
        <w:jc w:val="both"/>
      </w:pPr>
      <w:proofErr w:type="spellStart"/>
      <w:r w:rsidRPr="00B4526D">
        <w:t>Pozícia</w:t>
      </w:r>
      <w:proofErr w:type="spellEnd"/>
      <w:r w:rsidRPr="00B4526D">
        <w:t xml:space="preserve"> </w:t>
      </w:r>
      <w:proofErr w:type="spellStart"/>
      <w:r w:rsidRPr="00B4526D">
        <w:rPr>
          <w:b/>
          <w:bCs/>
        </w:rPr>
        <w:t>montážneho</w:t>
      </w:r>
      <w:proofErr w:type="spellEnd"/>
      <w:r w:rsidRPr="00B4526D">
        <w:rPr>
          <w:b/>
          <w:bCs/>
        </w:rPr>
        <w:t xml:space="preserve"> </w:t>
      </w:r>
      <w:proofErr w:type="spellStart"/>
      <w:r w:rsidRPr="00B4526D">
        <w:rPr>
          <w:b/>
          <w:bCs/>
        </w:rPr>
        <w:t>zámočníka</w:t>
      </w:r>
      <w:proofErr w:type="spellEnd"/>
      <w:r w:rsidRPr="00B4526D">
        <w:t xml:space="preserve"> je </w:t>
      </w:r>
      <w:proofErr w:type="spellStart"/>
      <w:r w:rsidRPr="00B4526D">
        <w:t>kľúčová</w:t>
      </w:r>
      <w:proofErr w:type="spellEnd"/>
      <w:r w:rsidRPr="00B4526D">
        <w:t xml:space="preserve"> pre </w:t>
      </w:r>
      <w:proofErr w:type="spellStart"/>
      <w:r w:rsidRPr="00B4526D">
        <w:t>realizáciu</w:t>
      </w:r>
      <w:proofErr w:type="spellEnd"/>
      <w:r w:rsidRPr="00B4526D">
        <w:t xml:space="preserve"> </w:t>
      </w:r>
      <w:proofErr w:type="spellStart"/>
      <w:r w:rsidRPr="00B4526D">
        <w:t>stavebných</w:t>
      </w:r>
      <w:proofErr w:type="spellEnd"/>
      <w:r w:rsidRPr="00B4526D">
        <w:t xml:space="preserve">, </w:t>
      </w:r>
      <w:proofErr w:type="spellStart"/>
      <w:r w:rsidRPr="00B4526D">
        <w:t>priemyselných</w:t>
      </w:r>
      <w:proofErr w:type="spellEnd"/>
      <w:r w:rsidRPr="00B4526D">
        <w:t xml:space="preserve"> a </w:t>
      </w:r>
      <w:proofErr w:type="spellStart"/>
      <w:r w:rsidRPr="00B4526D">
        <w:t>technologických</w:t>
      </w:r>
      <w:proofErr w:type="spellEnd"/>
      <w:r w:rsidRPr="00B4526D">
        <w:t xml:space="preserve"> </w:t>
      </w:r>
      <w:proofErr w:type="spellStart"/>
      <w:r w:rsidRPr="00B4526D">
        <w:t>projektov</w:t>
      </w:r>
      <w:proofErr w:type="spellEnd"/>
      <w:r w:rsidRPr="00B4526D">
        <w:t xml:space="preserve"> </w:t>
      </w:r>
      <w:proofErr w:type="spellStart"/>
      <w:r w:rsidRPr="00B4526D">
        <w:t>priamo</w:t>
      </w:r>
      <w:proofErr w:type="spellEnd"/>
      <w:r w:rsidRPr="00B4526D">
        <w:t xml:space="preserve"> v </w:t>
      </w:r>
      <w:proofErr w:type="spellStart"/>
      <w:r w:rsidRPr="00B4526D">
        <w:t>teréne</w:t>
      </w:r>
      <w:proofErr w:type="spellEnd"/>
      <w:r w:rsidRPr="00B4526D">
        <w:t xml:space="preserve">. </w:t>
      </w:r>
      <w:proofErr w:type="spellStart"/>
      <w:r w:rsidRPr="00B4526D">
        <w:t>Tento</w:t>
      </w:r>
      <w:proofErr w:type="spellEnd"/>
      <w:r w:rsidRPr="00B4526D">
        <w:t xml:space="preserve"> </w:t>
      </w:r>
      <w:proofErr w:type="spellStart"/>
      <w:r w:rsidRPr="00B4526D">
        <w:t>odborník</w:t>
      </w:r>
      <w:proofErr w:type="spellEnd"/>
      <w:r w:rsidRPr="00B4526D">
        <w:t xml:space="preserve"> </w:t>
      </w:r>
      <w:proofErr w:type="spellStart"/>
      <w:r w:rsidRPr="00B4526D">
        <w:t>zodpovedá</w:t>
      </w:r>
      <w:proofErr w:type="spellEnd"/>
      <w:r w:rsidRPr="00B4526D">
        <w:t xml:space="preserve"> za </w:t>
      </w:r>
      <w:proofErr w:type="spellStart"/>
      <w:r w:rsidRPr="00B4526D">
        <w:t>presnú</w:t>
      </w:r>
      <w:proofErr w:type="spellEnd"/>
      <w:r w:rsidRPr="00B4526D">
        <w:t xml:space="preserve"> </w:t>
      </w:r>
      <w:proofErr w:type="spellStart"/>
      <w:r w:rsidRPr="00B4526D">
        <w:t>montáž</w:t>
      </w:r>
      <w:proofErr w:type="spellEnd"/>
      <w:r w:rsidRPr="00B4526D">
        <w:t xml:space="preserve">, </w:t>
      </w:r>
      <w:proofErr w:type="spellStart"/>
      <w:r w:rsidRPr="00B4526D">
        <w:t>osádzanie</w:t>
      </w:r>
      <w:proofErr w:type="spellEnd"/>
      <w:r w:rsidRPr="00B4526D">
        <w:t xml:space="preserve">, </w:t>
      </w:r>
      <w:proofErr w:type="spellStart"/>
      <w:r w:rsidRPr="00B4526D">
        <w:t>demontáž</w:t>
      </w:r>
      <w:proofErr w:type="spellEnd"/>
      <w:r w:rsidRPr="00B4526D">
        <w:t xml:space="preserve"> a </w:t>
      </w:r>
      <w:proofErr w:type="spellStart"/>
      <w:r w:rsidRPr="00B4526D">
        <w:t>údržbu</w:t>
      </w:r>
      <w:proofErr w:type="spellEnd"/>
      <w:r w:rsidRPr="00B4526D">
        <w:t xml:space="preserve"> </w:t>
      </w:r>
      <w:proofErr w:type="spellStart"/>
      <w:r w:rsidRPr="00B4526D">
        <w:t>oceľových</w:t>
      </w:r>
      <w:proofErr w:type="spellEnd"/>
      <w:r w:rsidRPr="00B4526D">
        <w:t xml:space="preserve"> </w:t>
      </w:r>
      <w:proofErr w:type="spellStart"/>
      <w:r w:rsidRPr="00B4526D">
        <w:t>konštrukcií</w:t>
      </w:r>
      <w:proofErr w:type="spellEnd"/>
      <w:r w:rsidRPr="00B4526D">
        <w:t xml:space="preserve">, </w:t>
      </w:r>
      <w:proofErr w:type="spellStart"/>
      <w:r w:rsidRPr="00B4526D">
        <w:t>potrubných</w:t>
      </w:r>
      <w:proofErr w:type="spellEnd"/>
      <w:r w:rsidRPr="00B4526D">
        <w:t xml:space="preserve"> </w:t>
      </w:r>
      <w:proofErr w:type="spellStart"/>
      <w:r w:rsidRPr="00B4526D">
        <w:t>systémov</w:t>
      </w:r>
      <w:proofErr w:type="spellEnd"/>
      <w:r w:rsidRPr="00B4526D">
        <w:t xml:space="preserve">, </w:t>
      </w:r>
      <w:proofErr w:type="spellStart"/>
      <w:r w:rsidRPr="00B4526D">
        <w:t>priemyselných</w:t>
      </w:r>
      <w:proofErr w:type="spellEnd"/>
      <w:r w:rsidRPr="00B4526D">
        <w:t xml:space="preserve"> </w:t>
      </w:r>
      <w:proofErr w:type="spellStart"/>
      <w:r w:rsidRPr="00B4526D">
        <w:t>zariadení</w:t>
      </w:r>
      <w:proofErr w:type="spellEnd"/>
      <w:r w:rsidRPr="00B4526D">
        <w:t xml:space="preserve"> </w:t>
      </w:r>
      <w:proofErr w:type="spellStart"/>
      <w:r w:rsidRPr="00B4526D">
        <w:t>alebo</w:t>
      </w:r>
      <w:proofErr w:type="spellEnd"/>
      <w:r w:rsidRPr="00B4526D">
        <w:t xml:space="preserve"> </w:t>
      </w:r>
      <w:proofErr w:type="spellStart"/>
      <w:r w:rsidRPr="00B4526D">
        <w:t>strojných</w:t>
      </w:r>
      <w:proofErr w:type="spellEnd"/>
      <w:r w:rsidRPr="00B4526D">
        <w:t xml:space="preserve"> </w:t>
      </w:r>
      <w:proofErr w:type="spellStart"/>
      <w:r w:rsidRPr="00B4526D">
        <w:t>častí</w:t>
      </w:r>
      <w:proofErr w:type="spellEnd"/>
      <w:r w:rsidRPr="00B4526D">
        <w:t xml:space="preserve"> </w:t>
      </w:r>
      <w:proofErr w:type="spellStart"/>
      <w:r w:rsidRPr="00B4526D">
        <w:t>podľa</w:t>
      </w:r>
      <w:proofErr w:type="spellEnd"/>
      <w:r w:rsidRPr="00B4526D">
        <w:t xml:space="preserve"> </w:t>
      </w:r>
      <w:proofErr w:type="spellStart"/>
      <w:r w:rsidRPr="00B4526D">
        <w:t>technickej</w:t>
      </w:r>
      <w:proofErr w:type="spellEnd"/>
      <w:r w:rsidRPr="00B4526D">
        <w:t xml:space="preserve"> </w:t>
      </w:r>
      <w:proofErr w:type="spellStart"/>
      <w:r w:rsidRPr="00B4526D">
        <w:t>dokumentácie</w:t>
      </w:r>
      <w:proofErr w:type="spellEnd"/>
      <w:r w:rsidRPr="00B4526D">
        <w:t xml:space="preserve">. </w:t>
      </w:r>
      <w:proofErr w:type="spellStart"/>
      <w:r w:rsidRPr="00B4526D">
        <w:t>Hľadáme</w:t>
      </w:r>
      <w:proofErr w:type="spellEnd"/>
      <w:r w:rsidRPr="00B4526D">
        <w:t xml:space="preserve"> </w:t>
      </w:r>
      <w:proofErr w:type="spellStart"/>
      <w:r w:rsidRPr="00B4526D">
        <w:t>technicky</w:t>
      </w:r>
      <w:proofErr w:type="spellEnd"/>
      <w:r w:rsidRPr="00B4526D">
        <w:t xml:space="preserve"> </w:t>
      </w:r>
      <w:proofErr w:type="spellStart"/>
      <w:r w:rsidRPr="00B4526D">
        <w:t>zdatného</w:t>
      </w:r>
      <w:proofErr w:type="spellEnd"/>
      <w:r w:rsidRPr="00B4526D">
        <w:t xml:space="preserve"> a </w:t>
      </w:r>
      <w:proofErr w:type="spellStart"/>
      <w:r w:rsidRPr="00B4526D">
        <w:t>flexibilného</w:t>
      </w:r>
      <w:proofErr w:type="spellEnd"/>
      <w:r w:rsidRPr="00B4526D">
        <w:t xml:space="preserve"> </w:t>
      </w:r>
      <w:proofErr w:type="spellStart"/>
      <w:r w:rsidRPr="00B4526D">
        <w:t>kandidáta</w:t>
      </w:r>
      <w:proofErr w:type="spellEnd"/>
      <w:r>
        <w:t>.</w:t>
      </w:r>
    </w:p>
    <w:p w14:paraId="0E770E2D" w14:textId="77777777" w:rsidR="009A50AE" w:rsidRPr="00B4526D" w:rsidRDefault="009A50AE" w:rsidP="009A50AE">
      <w:pPr>
        <w:jc w:val="both"/>
        <w:rPr>
          <w:b/>
          <w:bCs/>
        </w:rPr>
      </w:pPr>
      <w:r w:rsidRPr="00B4526D">
        <w:rPr>
          <w:b/>
          <w:bCs/>
        </w:rPr>
        <w:t xml:space="preserve">2. </w:t>
      </w:r>
      <w:proofErr w:type="spellStart"/>
      <w:r w:rsidRPr="00B4526D">
        <w:rPr>
          <w:b/>
          <w:bCs/>
        </w:rPr>
        <w:t>Hlavné</w:t>
      </w:r>
      <w:proofErr w:type="spellEnd"/>
      <w:r w:rsidRPr="00B4526D">
        <w:rPr>
          <w:b/>
          <w:bCs/>
        </w:rPr>
        <w:t xml:space="preserve"> </w:t>
      </w:r>
      <w:proofErr w:type="spellStart"/>
      <w:r w:rsidRPr="00B4526D">
        <w:rPr>
          <w:b/>
          <w:bCs/>
        </w:rPr>
        <w:t>povinnosti</w:t>
      </w:r>
      <w:proofErr w:type="spellEnd"/>
    </w:p>
    <w:p w14:paraId="08678DC8" w14:textId="77777777" w:rsidR="009A50AE" w:rsidRPr="00B4526D" w:rsidRDefault="009A50AE" w:rsidP="009A50AE">
      <w:pPr>
        <w:numPr>
          <w:ilvl w:val="0"/>
          <w:numId w:val="10"/>
        </w:numPr>
        <w:spacing w:after="160" w:line="259" w:lineRule="auto"/>
        <w:jc w:val="both"/>
      </w:pPr>
      <w:proofErr w:type="spellStart"/>
      <w:r w:rsidRPr="00B4526D">
        <w:rPr>
          <w:b/>
          <w:bCs/>
        </w:rPr>
        <w:t>Montáž</w:t>
      </w:r>
      <w:proofErr w:type="spellEnd"/>
      <w:r w:rsidRPr="00B4526D">
        <w:rPr>
          <w:b/>
          <w:bCs/>
        </w:rPr>
        <w:t xml:space="preserve"> </w:t>
      </w:r>
      <w:proofErr w:type="spellStart"/>
      <w:r w:rsidRPr="00B4526D">
        <w:rPr>
          <w:b/>
          <w:bCs/>
        </w:rPr>
        <w:t>konštrukcií</w:t>
      </w:r>
      <w:proofErr w:type="spellEnd"/>
      <w:r w:rsidRPr="00B4526D">
        <w:rPr>
          <w:b/>
          <w:bCs/>
        </w:rPr>
        <w:t xml:space="preserve"> a </w:t>
      </w:r>
      <w:proofErr w:type="spellStart"/>
      <w:r w:rsidRPr="00B4526D">
        <w:rPr>
          <w:b/>
          <w:bCs/>
        </w:rPr>
        <w:t>zariadení</w:t>
      </w:r>
      <w:proofErr w:type="spellEnd"/>
      <w:r w:rsidRPr="00B4526D">
        <w:rPr>
          <w:b/>
          <w:bCs/>
        </w:rPr>
        <w:t>:</w:t>
      </w:r>
      <w:r w:rsidRPr="00B4526D">
        <w:t xml:space="preserve"> </w:t>
      </w:r>
      <w:proofErr w:type="spellStart"/>
      <w:r w:rsidRPr="00B4526D">
        <w:t>Odborná</w:t>
      </w:r>
      <w:proofErr w:type="spellEnd"/>
      <w:r w:rsidRPr="00B4526D">
        <w:t xml:space="preserve"> </w:t>
      </w:r>
      <w:proofErr w:type="spellStart"/>
      <w:r w:rsidRPr="00B4526D">
        <w:t>montáž</w:t>
      </w:r>
      <w:proofErr w:type="spellEnd"/>
      <w:r w:rsidRPr="00B4526D">
        <w:t xml:space="preserve"> a </w:t>
      </w:r>
      <w:proofErr w:type="spellStart"/>
      <w:r w:rsidRPr="00B4526D">
        <w:t>demontáž</w:t>
      </w:r>
      <w:proofErr w:type="spellEnd"/>
      <w:r w:rsidRPr="00B4526D">
        <w:t xml:space="preserve"> </w:t>
      </w:r>
      <w:proofErr w:type="spellStart"/>
      <w:r w:rsidRPr="00B4526D">
        <w:t>oceľových</w:t>
      </w:r>
      <w:proofErr w:type="spellEnd"/>
      <w:r w:rsidRPr="00B4526D">
        <w:t xml:space="preserve"> </w:t>
      </w:r>
      <w:proofErr w:type="spellStart"/>
      <w:r w:rsidRPr="00B4526D">
        <w:t>konštrukcií</w:t>
      </w:r>
      <w:proofErr w:type="spellEnd"/>
      <w:r w:rsidRPr="00B4526D">
        <w:t xml:space="preserve">, </w:t>
      </w:r>
      <w:proofErr w:type="spellStart"/>
      <w:r w:rsidRPr="00B4526D">
        <w:t>technologických</w:t>
      </w:r>
      <w:proofErr w:type="spellEnd"/>
      <w:r w:rsidRPr="00B4526D">
        <w:t xml:space="preserve"> </w:t>
      </w:r>
      <w:proofErr w:type="spellStart"/>
      <w:r w:rsidRPr="00B4526D">
        <w:t>celkov</w:t>
      </w:r>
      <w:proofErr w:type="spellEnd"/>
      <w:r w:rsidRPr="00B4526D">
        <w:t xml:space="preserve">, </w:t>
      </w:r>
      <w:proofErr w:type="spellStart"/>
      <w:r w:rsidRPr="00B4526D">
        <w:t>potrubí</w:t>
      </w:r>
      <w:proofErr w:type="spellEnd"/>
      <w:r w:rsidRPr="00B4526D">
        <w:t xml:space="preserve"> a </w:t>
      </w:r>
      <w:proofErr w:type="spellStart"/>
      <w:r w:rsidRPr="00B4526D">
        <w:t>strojných</w:t>
      </w:r>
      <w:proofErr w:type="spellEnd"/>
      <w:r w:rsidRPr="00B4526D">
        <w:t xml:space="preserve"> </w:t>
      </w:r>
      <w:proofErr w:type="spellStart"/>
      <w:r w:rsidRPr="00B4526D">
        <w:t>častí</w:t>
      </w:r>
      <w:proofErr w:type="spellEnd"/>
      <w:r>
        <w:t>.</w:t>
      </w:r>
    </w:p>
    <w:p w14:paraId="07B6ECEE" w14:textId="77777777" w:rsidR="009A50AE" w:rsidRPr="00B4526D" w:rsidRDefault="009A50AE" w:rsidP="009A50AE">
      <w:pPr>
        <w:numPr>
          <w:ilvl w:val="0"/>
          <w:numId w:val="10"/>
        </w:numPr>
        <w:spacing w:after="160" w:line="259" w:lineRule="auto"/>
        <w:jc w:val="both"/>
      </w:pPr>
      <w:proofErr w:type="spellStart"/>
      <w:r w:rsidRPr="00B4526D">
        <w:rPr>
          <w:b/>
          <w:bCs/>
        </w:rPr>
        <w:t>Príprava</w:t>
      </w:r>
      <w:proofErr w:type="spellEnd"/>
      <w:r w:rsidRPr="00B4526D">
        <w:rPr>
          <w:b/>
          <w:bCs/>
        </w:rPr>
        <w:t xml:space="preserve"> </w:t>
      </w:r>
      <w:proofErr w:type="spellStart"/>
      <w:r w:rsidRPr="00B4526D">
        <w:rPr>
          <w:b/>
          <w:bCs/>
        </w:rPr>
        <w:t>materiálu</w:t>
      </w:r>
      <w:proofErr w:type="spellEnd"/>
      <w:r w:rsidRPr="00B4526D">
        <w:rPr>
          <w:b/>
          <w:bCs/>
        </w:rPr>
        <w:t>:</w:t>
      </w:r>
      <w:r w:rsidRPr="00B4526D">
        <w:t xml:space="preserve"> </w:t>
      </w:r>
      <w:proofErr w:type="spellStart"/>
      <w:r w:rsidRPr="00B4526D">
        <w:t>Lícovanie</w:t>
      </w:r>
      <w:proofErr w:type="spellEnd"/>
      <w:r w:rsidRPr="00B4526D">
        <w:t xml:space="preserve">, </w:t>
      </w:r>
      <w:proofErr w:type="spellStart"/>
      <w:r w:rsidRPr="00B4526D">
        <w:t>zoraďovanie</w:t>
      </w:r>
      <w:proofErr w:type="spellEnd"/>
      <w:r w:rsidRPr="00B4526D">
        <w:t xml:space="preserve">, </w:t>
      </w:r>
      <w:proofErr w:type="spellStart"/>
      <w:r w:rsidRPr="00B4526D">
        <w:t>rezanie</w:t>
      </w:r>
      <w:proofErr w:type="spellEnd"/>
      <w:r w:rsidRPr="00B4526D">
        <w:t xml:space="preserve">, </w:t>
      </w:r>
      <w:proofErr w:type="spellStart"/>
      <w:r w:rsidRPr="00B4526D">
        <w:t>brúsenie</w:t>
      </w:r>
      <w:proofErr w:type="spellEnd"/>
      <w:r w:rsidRPr="00B4526D">
        <w:t xml:space="preserve">, </w:t>
      </w:r>
      <w:proofErr w:type="spellStart"/>
      <w:r w:rsidRPr="00B4526D">
        <w:t>vŕtanie</w:t>
      </w:r>
      <w:proofErr w:type="spellEnd"/>
      <w:r w:rsidRPr="00B4526D">
        <w:t xml:space="preserve"> a </w:t>
      </w:r>
      <w:proofErr w:type="spellStart"/>
      <w:r w:rsidRPr="00B4526D">
        <w:t>stehovanie</w:t>
      </w:r>
      <w:proofErr w:type="spellEnd"/>
      <w:r w:rsidRPr="00B4526D">
        <w:t xml:space="preserve"> </w:t>
      </w:r>
      <w:proofErr w:type="spellStart"/>
      <w:r w:rsidRPr="00B4526D">
        <w:t>kovových</w:t>
      </w:r>
      <w:proofErr w:type="spellEnd"/>
      <w:r w:rsidRPr="00B4526D">
        <w:t xml:space="preserve"> </w:t>
      </w:r>
      <w:proofErr w:type="spellStart"/>
      <w:r w:rsidRPr="00B4526D">
        <w:t>dielov</w:t>
      </w:r>
      <w:proofErr w:type="spellEnd"/>
      <w:r w:rsidRPr="00B4526D">
        <w:t xml:space="preserve"> pred </w:t>
      </w:r>
      <w:proofErr w:type="spellStart"/>
      <w:r w:rsidRPr="00B4526D">
        <w:t>finálnym</w:t>
      </w:r>
      <w:proofErr w:type="spellEnd"/>
      <w:r w:rsidRPr="00B4526D">
        <w:t xml:space="preserve"> </w:t>
      </w:r>
      <w:proofErr w:type="spellStart"/>
      <w:r w:rsidRPr="00B4526D">
        <w:t>zváraním</w:t>
      </w:r>
      <w:proofErr w:type="spellEnd"/>
      <w:r w:rsidRPr="00B4526D">
        <w:t xml:space="preserve"> </w:t>
      </w:r>
      <w:proofErr w:type="spellStart"/>
      <w:r w:rsidRPr="00B4526D">
        <w:t>alebo</w:t>
      </w:r>
      <w:proofErr w:type="spellEnd"/>
      <w:r w:rsidRPr="00B4526D">
        <w:t xml:space="preserve"> </w:t>
      </w:r>
      <w:proofErr w:type="spellStart"/>
      <w:r w:rsidRPr="00B4526D">
        <w:t>upevnením</w:t>
      </w:r>
      <w:proofErr w:type="spellEnd"/>
      <w:r w:rsidRPr="00B4526D">
        <w:t>.</w:t>
      </w:r>
    </w:p>
    <w:p w14:paraId="0FAC0D94" w14:textId="77777777" w:rsidR="009A50AE" w:rsidRPr="00B4526D" w:rsidRDefault="009A50AE" w:rsidP="009A50AE">
      <w:pPr>
        <w:numPr>
          <w:ilvl w:val="0"/>
          <w:numId w:val="10"/>
        </w:numPr>
        <w:spacing w:after="160" w:line="259" w:lineRule="auto"/>
        <w:jc w:val="both"/>
      </w:pPr>
      <w:proofErr w:type="spellStart"/>
      <w:r w:rsidRPr="00B4526D">
        <w:rPr>
          <w:b/>
          <w:bCs/>
        </w:rPr>
        <w:t>Zvarovacie</w:t>
      </w:r>
      <w:proofErr w:type="spellEnd"/>
      <w:r w:rsidRPr="00B4526D">
        <w:rPr>
          <w:b/>
          <w:bCs/>
        </w:rPr>
        <w:t xml:space="preserve"> </w:t>
      </w:r>
      <w:proofErr w:type="spellStart"/>
      <w:r w:rsidRPr="00B4526D">
        <w:rPr>
          <w:b/>
          <w:bCs/>
        </w:rPr>
        <w:t>práce</w:t>
      </w:r>
      <w:proofErr w:type="spellEnd"/>
      <w:r w:rsidRPr="00B4526D">
        <w:rPr>
          <w:b/>
          <w:bCs/>
        </w:rPr>
        <w:t>:</w:t>
      </w:r>
      <w:r w:rsidRPr="00B4526D">
        <w:t xml:space="preserve"> </w:t>
      </w:r>
      <w:proofErr w:type="spellStart"/>
      <w:r w:rsidRPr="00B4526D">
        <w:t>Vykonávanie</w:t>
      </w:r>
      <w:proofErr w:type="spellEnd"/>
      <w:r w:rsidRPr="00B4526D">
        <w:t xml:space="preserve"> </w:t>
      </w:r>
      <w:proofErr w:type="spellStart"/>
      <w:r w:rsidRPr="00B4526D">
        <w:t>menej</w:t>
      </w:r>
      <w:proofErr w:type="spellEnd"/>
      <w:r w:rsidRPr="00B4526D">
        <w:t xml:space="preserve"> </w:t>
      </w:r>
      <w:proofErr w:type="spellStart"/>
      <w:r w:rsidRPr="00B4526D">
        <w:t>náročných</w:t>
      </w:r>
      <w:proofErr w:type="spellEnd"/>
      <w:r w:rsidRPr="00B4526D">
        <w:t xml:space="preserve"> </w:t>
      </w:r>
      <w:proofErr w:type="spellStart"/>
      <w:r w:rsidRPr="00B4526D">
        <w:t>zváracích</w:t>
      </w:r>
      <w:proofErr w:type="spellEnd"/>
      <w:r w:rsidRPr="00B4526D">
        <w:t xml:space="preserve"> </w:t>
      </w:r>
      <w:proofErr w:type="spellStart"/>
      <w:r w:rsidRPr="00B4526D">
        <w:t>prác</w:t>
      </w:r>
      <w:proofErr w:type="spellEnd"/>
      <w:r w:rsidRPr="00B4526D">
        <w:t xml:space="preserve"> (</w:t>
      </w:r>
      <w:proofErr w:type="spellStart"/>
      <w:r w:rsidRPr="00B4526D">
        <w:t>elektrickým</w:t>
      </w:r>
      <w:proofErr w:type="spellEnd"/>
      <w:r w:rsidRPr="00B4526D">
        <w:t xml:space="preserve"> </w:t>
      </w:r>
      <w:proofErr w:type="spellStart"/>
      <w:r w:rsidRPr="00B4526D">
        <w:t>oblúkom</w:t>
      </w:r>
      <w:proofErr w:type="spellEnd"/>
      <w:r w:rsidRPr="00B4526D">
        <w:t xml:space="preserve">, </w:t>
      </w:r>
      <w:proofErr w:type="spellStart"/>
      <w:r w:rsidRPr="00B4526D">
        <w:t>metodou</w:t>
      </w:r>
      <w:proofErr w:type="spellEnd"/>
      <w:r w:rsidRPr="00B4526D">
        <w:t xml:space="preserve"> MIG/MAG </w:t>
      </w:r>
      <w:proofErr w:type="spellStart"/>
      <w:r w:rsidRPr="00B4526D">
        <w:t>alebo</w:t>
      </w:r>
      <w:proofErr w:type="spellEnd"/>
      <w:r w:rsidRPr="00B4526D">
        <w:t xml:space="preserve"> TIG) za </w:t>
      </w:r>
      <w:proofErr w:type="spellStart"/>
      <w:r w:rsidRPr="00B4526D">
        <w:t>účelom</w:t>
      </w:r>
      <w:proofErr w:type="spellEnd"/>
      <w:r w:rsidRPr="00B4526D">
        <w:t xml:space="preserve"> </w:t>
      </w:r>
      <w:proofErr w:type="spellStart"/>
      <w:r w:rsidRPr="00B4526D">
        <w:t>fixácie</w:t>
      </w:r>
      <w:proofErr w:type="spellEnd"/>
      <w:r w:rsidRPr="00B4526D">
        <w:t xml:space="preserve"> </w:t>
      </w:r>
      <w:proofErr w:type="spellStart"/>
      <w:r w:rsidRPr="00B4526D">
        <w:t>montovaných</w:t>
      </w:r>
      <w:proofErr w:type="spellEnd"/>
      <w:r w:rsidRPr="00B4526D">
        <w:t xml:space="preserve"> </w:t>
      </w:r>
      <w:proofErr w:type="spellStart"/>
      <w:r w:rsidRPr="00B4526D">
        <w:t>dielov</w:t>
      </w:r>
      <w:proofErr w:type="spellEnd"/>
      <w:r w:rsidRPr="00B4526D">
        <w:t xml:space="preserve"> (</w:t>
      </w:r>
      <w:proofErr w:type="spellStart"/>
      <w:r w:rsidRPr="00B4526D">
        <w:t>podľa</w:t>
      </w:r>
      <w:proofErr w:type="spellEnd"/>
      <w:r w:rsidRPr="00B4526D">
        <w:t xml:space="preserve"> </w:t>
      </w:r>
      <w:proofErr w:type="spellStart"/>
      <w:r w:rsidRPr="00B4526D">
        <w:t>platných</w:t>
      </w:r>
      <w:proofErr w:type="spellEnd"/>
      <w:r w:rsidRPr="00B4526D">
        <w:t xml:space="preserve"> </w:t>
      </w:r>
      <w:proofErr w:type="spellStart"/>
      <w:r w:rsidRPr="00B4526D">
        <w:t>osvedčení</w:t>
      </w:r>
      <w:proofErr w:type="spellEnd"/>
      <w:r w:rsidRPr="00B4526D">
        <w:t>).</w:t>
      </w:r>
    </w:p>
    <w:p w14:paraId="56919332" w14:textId="77777777" w:rsidR="009A50AE" w:rsidRPr="00B4526D" w:rsidRDefault="009A50AE" w:rsidP="009A50AE">
      <w:pPr>
        <w:numPr>
          <w:ilvl w:val="0"/>
          <w:numId w:val="10"/>
        </w:numPr>
        <w:spacing w:after="160" w:line="259" w:lineRule="auto"/>
        <w:jc w:val="both"/>
      </w:pPr>
      <w:proofErr w:type="spellStart"/>
      <w:r w:rsidRPr="00B4526D">
        <w:rPr>
          <w:b/>
          <w:bCs/>
        </w:rPr>
        <w:t>Upínanie</w:t>
      </w:r>
      <w:proofErr w:type="spellEnd"/>
      <w:r w:rsidRPr="00B4526D">
        <w:rPr>
          <w:b/>
          <w:bCs/>
        </w:rPr>
        <w:t xml:space="preserve"> a </w:t>
      </w:r>
      <w:proofErr w:type="spellStart"/>
      <w:r w:rsidRPr="00B4526D">
        <w:rPr>
          <w:b/>
          <w:bCs/>
        </w:rPr>
        <w:t>vyrovnávanie</w:t>
      </w:r>
      <w:proofErr w:type="spellEnd"/>
      <w:r w:rsidRPr="00B4526D">
        <w:rPr>
          <w:b/>
          <w:bCs/>
        </w:rPr>
        <w:t>:</w:t>
      </w:r>
      <w:r w:rsidRPr="00B4526D">
        <w:t xml:space="preserve"> </w:t>
      </w:r>
      <w:proofErr w:type="spellStart"/>
      <w:r w:rsidRPr="00B4526D">
        <w:t>Presné</w:t>
      </w:r>
      <w:proofErr w:type="spellEnd"/>
      <w:r w:rsidRPr="00B4526D">
        <w:t xml:space="preserve"> </w:t>
      </w:r>
      <w:proofErr w:type="spellStart"/>
      <w:r w:rsidRPr="00B4526D">
        <w:t>geodetické</w:t>
      </w:r>
      <w:proofErr w:type="spellEnd"/>
      <w:r w:rsidRPr="00B4526D">
        <w:t xml:space="preserve"> a </w:t>
      </w:r>
      <w:proofErr w:type="spellStart"/>
      <w:r w:rsidRPr="00B4526D">
        <w:t>mechanické</w:t>
      </w:r>
      <w:proofErr w:type="spellEnd"/>
      <w:r w:rsidRPr="00B4526D">
        <w:t xml:space="preserve"> </w:t>
      </w:r>
      <w:proofErr w:type="spellStart"/>
      <w:r w:rsidRPr="00B4526D">
        <w:t>usadzovanie</w:t>
      </w:r>
      <w:proofErr w:type="spellEnd"/>
      <w:r w:rsidRPr="00B4526D">
        <w:t xml:space="preserve"> </w:t>
      </w:r>
      <w:proofErr w:type="spellStart"/>
      <w:r w:rsidRPr="00B4526D">
        <w:t>konštrukcií</w:t>
      </w:r>
      <w:proofErr w:type="spellEnd"/>
      <w:r w:rsidRPr="00B4526D">
        <w:t xml:space="preserve"> a </w:t>
      </w:r>
      <w:proofErr w:type="spellStart"/>
      <w:r w:rsidRPr="00B4526D">
        <w:t>zariadení</w:t>
      </w:r>
      <w:proofErr w:type="spellEnd"/>
      <w:r w:rsidRPr="00B4526D">
        <w:t xml:space="preserve"> do </w:t>
      </w:r>
      <w:proofErr w:type="spellStart"/>
      <w:r w:rsidRPr="00B4526D">
        <w:t>roviny</w:t>
      </w:r>
      <w:proofErr w:type="spellEnd"/>
      <w:r w:rsidRPr="00B4526D">
        <w:t xml:space="preserve"> a </w:t>
      </w:r>
      <w:proofErr w:type="spellStart"/>
      <w:r w:rsidRPr="00B4526D">
        <w:t>kolmice</w:t>
      </w:r>
      <w:proofErr w:type="spellEnd"/>
      <w:r w:rsidRPr="00B4526D">
        <w:t xml:space="preserve"> </w:t>
      </w:r>
      <w:proofErr w:type="spellStart"/>
      <w:r w:rsidRPr="00B4526D">
        <w:t>pomocou</w:t>
      </w:r>
      <w:proofErr w:type="spellEnd"/>
      <w:r w:rsidRPr="00B4526D">
        <w:t xml:space="preserve"> </w:t>
      </w:r>
      <w:proofErr w:type="spellStart"/>
      <w:r w:rsidRPr="00B4526D">
        <w:t>vodováh</w:t>
      </w:r>
      <w:proofErr w:type="spellEnd"/>
      <w:r w:rsidRPr="00B4526D">
        <w:t xml:space="preserve">, </w:t>
      </w:r>
      <w:proofErr w:type="spellStart"/>
      <w:r w:rsidRPr="00B4526D">
        <w:t>laserov</w:t>
      </w:r>
      <w:proofErr w:type="spellEnd"/>
      <w:r w:rsidRPr="00B4526D">
        <w:t xml:space="preserve"> </w:t>
      </w:r>
      <w:proofErr w:type="gramStart"/>
      <w:r w:rsidRPr="00B4526D">
        <w:t>a</w:t>
      </w:r>
      <w:proofErr w:type="gramEnd"/>
      <w:r w:rsidRPr="00B4526D">
        <w:t xml:space="preserve"> </w:t>
      </w:r>
      <w:proofErr w:type="spellStart"/>
      <w:r w:rsidRPr="00B4526D">
        <w:t>iných</w:t>
      </w:r>
      <w:proofErr w:type="spellEnd"/>
      <w:r w:rsidRPr="00B4526D">
        <w:t xml:space="preserve"> </w:t>
      </w:r>
      <w:proofErr w:type="spellStart"/>
      <w:r w:rsidRPr="00B4526D">
        <w:t>meradiel</w:t>
      </w:r>
      <w:proofErr w:type="spellEnd"/>
      <w:r w:rsidRPr="00B4526D">
        <w:t>.</w:t>
      </w:r>
    </w:p>
    <w:p w14:paraId="29C8DA5B" w14:textId="77777777" w:rsidR="009A50AE" w:rsidRPr="00B4526D" w:rsidRDefault="009A50AE" w:rsidP="009A50AE">
      <w:pPr>
        <w:numPr>
          <w:ilvl w:val="0"/>
          <w:numId w:val="10"/>
        </w:numPr>
        <w:spacing w:after="160" w:line="259" w:lineRule="auto"/>
        <w:jc w:val="both"/>
      </w:pPr>
      <w:proofErr w:type="spellStart"/>
      <w:r w:rsidRPr="00B4526D">
        <w:rPr>
          <w:b/>
          <w:bCs/>
        </w:rPr>
        <w:t>Opravy</w:t>
      </w:r>
      <w:proofErr w:type="spellEnd"/>
      <w:r w:rsidRPr="00B4526D">
        <w:rPr>
          <w:b/>
          <w:bCs/>
        </w:rPr>
        <w:t xml:space="preserve"> a </w:t>
      </w:r>
      <w:proofErr w:type="spellStart"/>
      <w:r w:rsidRPr="00B4526D">
        <w:rPr>
          <w:b/>
          <w:bCs/>
        </w:rPr>
        <w:t>údržba</w:t>
      </w:r>
      <w:proofErr w:type="spellEnd"/>
      <w:r w:rsidRPr="00B4526D">
        <w:rPr>
          <w:b/>
          <w:bCs/>
        </w:rPr>
        <w:t>:</w:t>
      </w:r>
      <w:r w:rsidRPr="00B4526D">
        <w:t xml:space="preserve"> </w:t>
      </w:r>
      <w:proofErr w:type="spellStart"/>
      <w:r w:rsidRPr="00B4526D">
        <w:t>Riešenie</w:t>
      </w:r>
      <w:proofErr w:type="spellEnd"/>
      <w:r w:rsidRPr="00B4526D">
        <w:t xml:space="preserve"> </w:t>
      </w:r>
      <w:proofErr w:type="spellStart"/>
      <w:r w:rsidRPr="00B4526D">
        <w:t>nepredvídateľných</w:t>
      </w:r>
      <w:proofErr w:type="spellEnd"/>
      <w:r w:rsidRPr="00B4526D">
        <w:t xml:space="preserve"> </w:t>
      </w:r>
      <w:proofErr w:type="spellStart"/>
      <w:r w:rsidRPr="00B4526D">
        <w:t>technických</w:t>
      </w:r>
      <w:proofErr w:type="spellEnd"/>
      <w:r w:rsidRPr="00B4526D">
        <w:t xml:space="preserve"> </w:t>
      </w:r>
      <w:proofErr w:type="spellStart"/>
      <w:r w:rsidRPr="00B4526D">
        <w:t>problémov</w:t>
      </w:r>
      <w:proofErr w:type="spellEnd"/>
      <w:r w:rsidRPr="00B4526D">
        <w:t xml:space="preserve"> </w:t>
      </w:r>
      <w:proofErr w:type="spellStart"/>
      <w:r w:rsidRPr="00B4526D">
        <w:t>priamo</w:t>
      </w:r>
      <w:proofErr w:type="spellEnd"/>
      <w:r w:rsidRPr="00B4526D">
        <w:t xml:space="preserve"> </w:t>
      </w:r>
      <w:proofErr w:type="spellStart"/>
      <w:r w:rsidRPr="00B4526D">
        <w:t>na</w:t>
      </w:r>
      <w:proofErr w:type="spellEnd"/>
      <w:r w:rsidRPr="00B4526D">
        <w:t xml:space="preserve"> </w:t>
      </w:r>
      <w:proofErr w:type="spellStart"/>
      <w:r w:rsidRPr="00B4526D">
        <w:t>montáži</w:t>
      </w:r>
      <w:proofErr w:type="spellEnd"/>
      <w:r w:rsidRPr="00B4526D">
        <w:t xml:space="preserve">, </w:t>
      </w:r>
      <w:proofErr w:type="spellStart"/>
      <w:r w:rsidRPr="00B4526D">
        <w:t>realizácia</w:t>
      </w:r>
      <w:proofErr w:type="spellEnd"/>
      <w:r w:rsidRPr="00B4526D">
        <w:t xml:space="preserve"> </w:t>
      </w:r>
      <w:proofErr w:type="spellStart"/>
      <w:r w:rsidRPr="00B4526D">
        <w:t>úprav</w:t>
      </w:r>
      <w:proofErr w:type="spellEnd"/>
      <w:r w:rsidRPr="00B4526D">
        <w:t xml:space="preserve"> </w:t>
      </w:r>
      <w:proofErr w:type="spellStart"/>
      <w:r w:rsidRPr="00B4526D">
        <w:t>materiálu</w:t>
      </w:r>
      <w:proofErr w:type="spellEnd"/>
      <w:r w:rsidRPr="00B4526D">
        <w:t xml:space="preserve"> </w:t>
      </w:r>
      <w:proofErr w:type="spellStart"/>
      <w:r w:rsidRPr="00B4526D">
        <w:t>na</w:t>
      </w:r>
      <w:proofErr w:type="spellEnd"/>
      <w:r w:rsidRPr="00B4526D">
        <w:t xml:space="preserve"> </w:t>
      </w:r>
      <w:proofErr w:type="spellStart"/>
      <w:r w:rsidRPr="00B4526D">
        <w:t>mieste</w:t>
      </w:r>
      <w:proofErr w:type="spellEnd"/>
      <w:r w:rsidRPr="00B4526D">
        <w:t xml:space="preserve"> a </w:t>
      </w:r>
      <w:proofErr w:type="spellStart"/>
      <w:r w:rsidRPr="00B4526D">
        <w:t>servisné</w:t>
      </w:r>
      <w:proofErr w:type="spellEnd"/>
      <w:r w:rsidRPr="00B4526D">
        <w:t xml:space="preserve"> </w:t>
      </w:r>
      <w:proofErr w:type="spellStart"/>
      <w:r w:rsidRPr="00B4526D">
        <w:t>zásahy</w:t>
      </w:r>
      <w:proofErr w:type="spellEnd"/>
      <w:r w:rsidRPr="00B4526D">
        <w:t>.</w:t>
      </w:r>
    </w:p>
    <w:p w14:paraId="196D8BD5" w14:textId="77777777" w:rsidR="009A50AE" w:rsidRPr="00B4526D" w:rsidRDefault="009A50AE" w:rsidP="009A50AE">
      <w:pPr>
        <w:numPr>
          <w:ilvl w:val="0"/>
          <w:numId w:val="10"/>
        </w:numPr>
        <w:spacing w:after="160" w:line="259" w:lineRule="auto"/>
        <w:jc w:val="both"/>
      </w:pPr>
      <w:proofErr w:type="spellStart"/>
      <w:r w:rsidRPr="00B4526D">
        <w:rPr>
          <w:b/>
          <w:bCs/>
        </w:rPr>
        <w:t>Bezpečnosť</w:t>
      </w:r>
      <w:proofErr w:type="spellEnd"/>
      <w:r w:rsidRPr="00B4526D">
        <w:rPr>
          <w:b/>
          <w:bCs/>
        </w:rPr>
        <w:t xml:space="preserve"> </w:t>
      </w:r>
      <w:proofErr w:type="spellStart"/>
      <w:r w:rsidRPr="00B4526D">
        <w:rPr>
          <w:b/>
          <w:bCs/>
        </w:rPr>
        <w:t>práce</w:t>
      </w:r>
      <w:proofErr w:type="spellEnd"/>
      <w:r w:rsidRPr="00B4526D">
        <w:rPr>
          <w:b/>
          <w:bCs/>
        </w:rPr>
        <w:t>:</w:t>
      </w:r>
      <w:r w:rsidRPr="00B4526D">
        <w:t xml:space="preserve"> </w:t>
      </w:r>
      <w:proofErr w:type="spellStart"/>
      <w:r w:rsidRPr="00B4526D">
        <w:t>Striktné</w:t>
      </w:r>
      <w:proofErr w:type="spellEnd"/>
      <w:r w:rsidRPr="00B4526D">
        <w:t xml:space="preserve"> </w:t>
      </w:r>
      <w:proofErr w:type="spellStart"/>
      <w:r w:rsidRPr="00B4526D">
        <w:t>dodržiavanie</w:t>
      </w:r>
      <w:proofErr w:type="spellEnd"/>
      <w:r w:rsidRPr="00B4526D">
        <w:t xml:space="preserve"> </w:t>
      </w:r>
      <w:proofErr w:type="spellStart"/>
      <w:r w:rsidRPr="00B4526D">
        <w:t>predpisov</w:t>
      </w:r>
      <w:proofErr w:type="spellEnd"/>
      <w:r w:rsidRPr="00B4526D">
        <w:t xml:space="preserve"> </w:t>
      </w:r>
      <w:proofErr w:type="spellStart"/>
      <w:r w:rsidRPr="00B4526D">
        <w:t>bezpečnosti</w:t>
      </w:r>
      <w:proofErr w:type="spellEnd"/>
      <w:r w:rsidRPr="00B4526D">
        <w:t xml:space="preserve"> </w:t>
      </w:r>
      <w:proofErr w:type="gramStart"/>
      <w:r w:rsidRPr="00B4526D">
        <w:t>a</w:t>
      </w:r>
      <w:proofErr w:type="gramEnd"/>
      <w:r w:rsidRPr="00B4526D">
        <w:t xml:space="preserve"> </w:t>
      </w:r>
      <w:proofErr w:type="spellStart"/>
      <w:r w:rsidRPr="00B4526D">
        <w:t>ochrany</w:t>
      </w:r>
      <w:proofErr w:type="spellEnd"/>
      <w:r w:rsidRPr="00B4526D">
        <w:t xml:space="preserve"> </w:t>
      </w:r>
      <w:proofErr w:type="spellStart"/>
      <w:r w:rsidRPr="00B4526D">
        <w:t>zdravia</w:t>
      </w:r>
      <w:proofErr w:type="spellEnd"/>
      <w:r w:rsidRPr="00B4526D">
        <w:t xml:space="preserve"> </w:t>
      </w:r>
      <w:proofErr w:type="spellStart"/>
      <w:r w:rsidRPr="00B4526D">
        <w:t>pri</w:t>
      </w:r>
      <w:proofErr w:type="spellEnd"/>
      <w:r w:rsidRPr="00B4526D">
        <w:t xml:space="preserve"> </w:t>
      </w:r>
      <w:proofErr w:type="spellStart"/>
      <w:r w:rsidRPr="00B4526D">
        <w:t>práci</w:t>
      </w:r>
      <w:proofErr w:type="spellEnd"/>
      <w:r w:rsidRPr="00B4526D">
        <w:t xml:space="preserve"> (BOZP), </w:t>
      </w:r>
      <w:proofErr w:type="spellStart"/>
      <w:r w:rsidRPr="00B4526D">
        <w:t>najmä</w:t>
      </w:r>
      <w:proofErr w:type="spellEnd"/>
      <w:r w:rsidRPr="00B4526D">
        <w:t xml:space="preserve"> </w:t>
      </w:r>
      <w:proofErr w:type="spellStart"/>
      <w:r w:rsidRPr="00B4526D">
        <w:t>pri</w:t>
      </w:r>
      <w:proofErr w:type="spellEnd"/>
      <w:r w:rsidRPr="00B4526D">
        <w:t xml:space="preserve"> </w:t>
      </w:r>
      <w:proofErr w:type="spellStart"/>
      <w:r w:rsidRPr="00B4526D">
        <w:t>práci</w:t>
      </w:r>
      <w:proofErr w:type="spellEnd"/>
      <w:r w:rsidRPr="00B4526D">
        <w:t xml:space="preserve"> </w:t>
      </w:r>
      <w:proofErr w:type="spellStart"/>
      <w:r w:rsidRPr="00B4526D">
        <w:t>vo</w:t>
      </w:r>
      <w:proofErr w:type="spellEnd"/>
      <w:r w:rsidRPr="00B4526D">
        <w:t xml:space="preserve"> </w:t>
      </w:r>
      <w:proofErr w:type="spellStart"/>
      <w:r w:rsidRPr="00B4526D">
        <w:t>výškach</w:t>
      </w:r>
      <w:proofErr w:type="spellEnd"/>
      <w:r w:rsidRPr="00B4526D">
        <w:t xml:space="preserve"> a so </w:t>
      </w:r>
      <w:proofErr w:type="spellStart"/>
      <w:r w:rsidRPr="00B4526D">
        <w:t>ťažkými</w:t>
      </w:r>
      <w:proofErr w:type="spellEnd"/>
      <w:r w:rsidRPr="00B4526D">
        <w:t xml:space="preserve"> </w:t>
      </w:r>
      <w:proofErr w:type="spellStart"/>
      <w:r w:rsidRPr="00B4526D">
        <w:t>bremenami</w:t>
      </w:r>
      <w:proofErr w:type="spellEnd"/>
      <w:r w:rsidRPr="00B4526D">
        <w:t>.</w:t>
      </w:r>
    </w:p>
    <w:p w14:paraId="1A9A3BC1" w14:textId="77777777" w:rsidR="009A50AE" w:rsidRPr="00B4526D" w:rsidRDefault="009A50AE" w:rsidP="009A50AE">
      <w:pPr>
        <w:jc w:val="both"/>
        <w:rPr>
          <w:b/>
          <w:bCs/>
        </w:rPr>
      </w:pPr>
      <w:r w:rsidRPr="00B4526D">
        <w:rPr>
          <w:b/>
          <w:bCs/>
        </w:rPr>
        <w:t xml:space="preserve">3. </w:t>
      </w:r>
      <w:proofErr w:type="spellStart"/>
      <w:r w:rsidRPr="00B4526D">
        <w:rPr>
          <w:b/>
          <w:bCs/>
        </w:rPr>
        <w:t>Požadované</w:t>
      </w:r>
      <w:proofErr w:type="spellEnd"/>
      <w:r w:rsidRPr="00B4526D">
        <w:rPr>
          <w:b/>
          <w:bCs/>
        </w:rPr>
        <w:t xml:space="preserve"> </w:t>
      </w:r>
      <w:proofErr w:type="spellStart"/>
      <w:r w:rsidRPr="00B4526D">
        <w:rPr>
          <w:b/>
          <w:bCs/>
        </w:rPr>
        <w:t>schopnosti</w:t>
      </w:r>
      <w:proofErr w:type="spellEnd"/>
      <w:r w:rsidRPr="00B4526D">
        <w:rPr>
          <w:b/>
          <w:bCs/>
        </w:rPr>
        <w:t xml:space="preserve"> a </w:t>
      </w:r>
      <w:proofErr w:type="spellStart"/>
      <w:r w:rsidRPr="00B4526D">
        <w:rPr>
          <w:b/>
          <w:bCs/>
        </w:rPr>
        <w:t>zručnosti</w:t>
      </w:r>
      <w:proofErr w:type="spellEnd"/>
    </w:p>
    <w:p w14:paraId="29F318A2" w14:textId="77777777" w:rsidR="009A50AE" w:rsidRPr="00B4526D" w:rsidRDefault="009A50AE" w:rsidP="009A50AE">
      <w:pPr>
        <w:numPr>
          <w:ilvl w:val="0"/>
          <w:numId w:val="11"/>
        </w:numPr>
        <w:spacing w:after="160" w:line="259" w:lineRule="auto"/>
        <w:jc w:val="both"/>
      </w:pPr>
      <w:proofErr w:type="spellStart"/>
      <w:r w:rsidRPr="00B4526D">
        <w:rPr>
          <w:b/>
          <w:bCs/>
        </w:rPr>
        <w:t>Technické</w:t>
      </w:r>
      <w:proofErr w:type="spellEnd"/>
      <w:r w:rsidRPr="00B4526D">
        <w:rPr>
          <w:b/>
          <w:bCs/>
        </w:rPr>
        <w:t xml:space="preserve"> </w:t>
      </w:r>
      <w:proofErr w:type="spellStart"/>
      <w:r w:rsidRPr="00B4526D">
        <w:rPr>
          <w:b/>
          <w:bCs/>
        </w:rPr>
        <w:t>znalosti</w:t>
      </w:r>
      <w:proofErr w:type="spellEnd"/>
      <w:r w:rsidRPr="00B4526D">
        <w:rPr>
          <w:b/>
          <w:bCs/>
        </w:rPr>
        <w:t>:</w:t>
      </w:r>
    </w:p>
    <w:p w14:paraId="6E04B732" w14:textId="77777777" w:rsidR="009A50AE" w:rsidRPr="00B4526D" w:rsidRDefault="009A50AE" w:rsidP="009A50AE">
      <w:pPr>
        <w:numPr>
          <w:ilvl w:val="1"/>
          <w:numId w:val="11"/>
        </w:numPr>
        <w:spacing w:after="160" w:line="259" w:lineRule="auto"/>
        <w:jc w:val="both"/>
      </w:pPr>
      <w:proofErr w:type="spellStart"/>
      <w:r>
        <w:t>S</w:t>
      </w:r>
      <w:r w:rsidRPr="00B4526D">
        <w:t>hopnosť</w:t>
      </w:r>
      <w:proofErr w:type="spellEnd"/>
      <w:r w:rsidRPr="00B4526D">
        <w:t xml:space="preserve"> </w:t>
      </w:r>
      <w:proofErr w:type="spellStart"/>
      <w:r w:rsidRPr="00B4526D">
        <w:t>čítať</w:t>
      </w:r>
      <w:proofErr w:type="spellEnd"/>
      <w:r w:rsidRPr="00B4526D">
        <w:t xml:space="preserve"> </w:t>
      </w:r>
      <w:proofErr w:type="gramStart"/>
      <w:r w:rsidRPr="00B4526D">
        <w:t>a</w:t>
      </w:r>
      <w:proofErr w:type="gramEnd"/>
      <w:r w:rsidRPr="00B4526D">
        <w:t xml:space="preserve"> </w:t>
      </w:r>
      <w:proofErr w:type="spellStart"/>
      <w:r w:rsidRPr="00B4526D">
        <w:t>interpretovať</w:t>
      </w:r>
      <w:proofErr w:type="spellEnd"/>
      <w:r w:rsidRPr="00B4526D">
        <w:t xml:space="preserve"> </w:t>
      </w:r>
      <w:proofErr w:type="spellStart"/>
      <w:r w:rsidRPr="00B4526D">
        <w:t>technické</w:t>
      </w:r>
      <w:proofErr w:type="spellEnd"/>
      <w:r w:rsidRPr="00B4526D">
        <w:t xml:space="preserve"> </w:t>
      </w:r>
      <w:proofErr w:type="spellStart"/>
      <w:r w:rsidRPr="00B4526D">
        <w:t>výkresy</w:t>
      </w:r>
      <w:proofErr w:type="spellEnd"/>
      <w:r w:rsidRPr="00B4526D">
        <w:t xml:space="preserve">, </w:t>
      </w:r>
      <w:proofErr w:type="spellStart"/>
      <w:r w:rsidRPr="00B4526D">
        <w:t>konštrukčné</w:t>
      </w:r>
      <w:proofErr w:type="spellEnd"/>
      <w:r w:rsidRPr="00B4526D">
        <w:t xml:space="preserve"> </w:t>
      </w:r>
      <w:proofErr w:type="spellStart"/>
      <w:r w:rsidRPr="00B4526D">
        <w:t>schémy</w:t>
      </w:r>
      <w:proofErr w:type="spellEnd"/>
      <w:r w:rsidRPr="00B4526D">
        <w:t xml:space="preserve"> a </w:t>
      </w:r>
      <w:proofErr w:type="spellStart"/>
      <w:r w:rsidRPr="00B4526D">
        <w:t>izometrické</w:t>
      </w:r>
      <w:proofErr w:type="spellEnd"/>
      <w:r w:rsidRPr="00B4526D">
        <w:t xml:space="preserve"> </w:t>
      </w:r>
      <w:proofErr w:type="spellStart"/>
      <w:r w:rsidRPr="00B4526D">
        <w:t>náčrty</w:t>
      </w:r>
      <w:proofErr w:type="spellEnd"/>
      <w:r w:rsidRPr="00B4526D">
        <w:t>.</w:t>
      </w:r>
    </w:p>
    <w:p w14:paraId="45F4E9C8" w14:textId="77777777" w:rsidR="009A50AE" w:rsidRPr="00B4526D" w:rsidRDefault="009A50AE" w:rsidP="009A50AE">
      <w:pPr>
        <w:numPr>
          <w:ilvl w:val="1"/>
          <w:numId w:val="11"/>
        </w:numPr>
        <w:spacing w:after="160" w:line="259" w:lineRule="auto"/>
        <w:jc w:val="both"/>
      </w:pPr>
      <w:proofErr w:type="spellStart"/>
      <w:r w:rsidRPr="00B4526D">
        <w:t>Výborná</w:t>
      </w:r>
      <w:proofErr w:type="spellEnd"/>
      <w:r w:rsidRPr="00B4526D">
        <w:t xml:space="preserve"> </w:t>
      </w:r>
      <w:proofErr w:type="spellStart"/>
      <w:r w:rsidRPr="00B4526D">
        <w:t>znalosť</w:t>
      </w:r>
      <w:proofErr w:type="spellEnd"/>
      <w:r w:rsidRPr="00B4526D">
        <w:t xml:space="preserve"> </w:t>
      </w:r>
      <w:proofErr w:type="spellStart"/>
      <w:r w:rsidRPr="00B4526D">
        <w:t>práce</w:t>
      </w:r>
      <w:proofErr w:type="spellEnd"/>
      <w:r w:rsidRPr="00B4526D">
        <w:t xml:space="preserve"> s </w:t>
      </w:r>
      <w:proofErr w:type="spellStart"/>
      <w:r w:rsidRPr="00B4526D">
        <w:t>ručným</w:t>
      </w:r>
      <w:proofErr w:type="spellEnd"/>
      <w:r w:rsidRPr="00B4526D">
        <w:t xml:space="preserve"> </w:t>
      </w:r>
      <w:proofErr w:type="gramStart"/>
      <w:r w:rsidRPr="00B4526D">
        <w:t>a</w:t>
      </w:r>
      <w:proofErr w:type="gramEnd"/>
      <w:r w:rsidRPr="00B4526D">
        <w:t xml:space="preserve"> </w:t>
      </w:r>
      <w:proofErr w:type="spellStart"/>
      <w:r w:rsidRPr="00B4526D">
        <w:t>elektrickým</w:t>
      </w:r>
      <w:proofErr w:type="spellEnd"/>
      <w:r w:rsidRPr="00B4526D">
        <w:t xml:space="preserve"> </w:t>
      </w:r>
      <w:proofErr w:type="spellStart"/>
      <w:r w:rsidRPr="00B4526D">
        <w:t>náradím</w:t>
      </w:r>
      <w:proofErr w:type="spellEnd"/>
      <w:r w:rsidRPr="00B4526D">
        <w:t xml:space="preserve"> (</w:t>
      </w:r>
      <w:proofErr w:type="spellStart"/>
      <w:r w:rsidRPr="00B4526D">
        <w:t>uhlové</w:t>
      </w:r>
      <w:proofErr w:type="spellEnd"/>
      <w:r w:rsidRPr="00B4526D">
        <w:t xml:space="preserve"> </w:t>
      </w:r>
      <w:proofErr w:type="spellStart"/>
      <w:r w:rsidRPr="00B4526D">
        <w:t>brúsky</w:t>
      </w:r>
      <w:proofErr w:type="spellEnd"/>
      <w:r w:rsidRPr="00B4526D">
        <w:t xml:space="preserve">, </w:t>
      </w:r>
      <w:proofErr w:type="spellStart"/>
      <w:r w:rsidRPr="00B4526D">
        <w:t>vŕtačky</w:t>
      </w:r>
      <w:proofErr w:type="spellEnd"/>
      <w:r w:rsidRPr="00B4526D">
        <w:t xml:space="preserve">, </w:t>
      </w:r>
      <w:proofErr w:type="spellStart"/>
      <w:r w:rsidRPr="00B4526D">
        <w:t>uťahovačky</w:t>
      </w:r>
      <w:proofErr w:type="spellEnd"/>
      <w:r w:rsidRPr="00B4526D">
        <w:t xml:space="preserve">) a </w:t>
      </w:r>
      <w:proofErr w:type="spellStart"/>
      <w:r w:rsidRPr="00B4526D">
        <w:t>meracou</w:t>
      </w:r>
      <w:proofErr w:type="spellEnd"/>
      <w:r w:rsidRPr="00B4526D">
        <w:t xml:space="preserve"> </w:t>
      </w:r>
      <w:proofErr w:type="spellStart"/>
      <w:r w:rsidRPr="00B4526D">
        <w:t>technikou</w:t>
      </w:r>
      <w:proofErr w:type="spellEnd"/>
      <w:r w:rsidRPr="00B4526D">
        <w:t>.</w:t>
      </w:r>
    </w:p>
    <w:p w14:paraId="5FB977CB" w14:textId="77777777" w:rsidR="009A50AE" w:rsidRPr="00B4526D" w:rsidRDefault="009A50AE" w:rsidP="009A50AE">
      <w:pPr>
        <w:numPr>
          <w:ilvl w:val="1"/>
          <w:numId w:val="11"/>
        </w:numPr>
        <w:spacing w:after="160" w:line="259" w:lineRule="auto"/>
        <w:jc w:val="both"/>
      </w:pPr>
      <w:proofErr w:type="spellStart"/>
      <w:r w:rsidRPr="00B4526D">
        <w:lastRenderedPageBreak/>
        <w:t>Znalosť</w:t>
      </w:r>
      <w:proofErr w:type="spellEnd"/>
      <w:r w:rsidRPr="00B4526D">
        <w:t xml:space="preserve"> </w:t>
      </w:r>
      <w:proofErr w:type="spellStart"/>
      <w:r w:rsidRPr="00B4526D">
        <w:t>rôznych</w:t>
      </w:r>
      <w:proofErr w:type="spellEnd"/>
      <w:r w:rsidRPr="00B4526D">
        <w:t xml:space="preserve"> </w:t>
      </w:r>
      <w:proofErr w:type="spellStart"/>
      <w:r w:rsidRPr="00B4526D">
        <w:t>spojovacích</w:t>
      </w:r>
      <w:proofErr w:type="spellEnd"/>
      <w:r w:rsidRPr="00B4526D">
        <w:t xml:space="preserve"> </w:t>
      </w:r>
      <w:proofErr w:type="spellStart"/>
      <w:r w:rsidRPr="00B4526D">
        <w:t>materiálov</w:t>
      </w:r>
      <w:proofErr w:type="spellEnd"/>
      <w:r w:rsidRPr="00B4526D">
        <w:t xml:space="preserve"> a </w:t>
      </w:r>
      <w:proofErr w:type="spellStart"/>
      <w:r w:rsidRPr="00B4526D">
        <w:t>technologických</w:t>
      </w:r>
      <w:proofErr w:type="spellEnd"/>
      <w:r w:rsidRPr="00B4526D">
        <w:t xml:space="preserve"> </w:t>
      </w:r>
      <w:proofErr w:type="spellStart"/>
      <w:r w:rsidRPr="00B4526D">
        <w:t>postupov</w:t>
      </w:r>
      <w:proofErr w:type="spellEnd"/>
      <w:r w:rsidRPr="00B4526D">
        <w:t xml:space="preserve"> </w:t>
      </w:r>
      <w:proofErr w:type="spellStart"/>
      <w:r w:rsidRPr="00B4526D">
        <w:t>spájania</w:t>
      </w:r>
      <w:proofErr w:type="spellEnd"/>
      <w:r w:rsidRPr="00B4526D">
        <w:t xml:space="preserve"> </w:t>
      </w:r>
      <w:proofErr w:type="spellStart"/>
      <w:r w:rsidRPr="00B4526D">
        <w:t>kovov</w:t>
      </w:r>
      <w:proofErr w:type="spellEnd"/>
      <w:r w:rsidRPr="00B4526D">
        <w:t xml:space="preserve"> (</w:t>
      </w:r>
      <w:proofErr w:type="spellStart"/>
      <w:r w:rsidRPr="00B4526D">
        <w:t>skrutkové</w:t>
      </w:r>
      <w:proofErr w:type="spellEnd"/>
      <w:r w:rsidRPr="00B4526D">
        <w:t xml:space="preserve"> </w:t>
      </w:r>
      <w:proofErr w:type="spellStart"/>
      <w:r w:rsidRPr="00B4526D">
        <w:t>spoje</w:t>
      </w:r>
      <w:proofErr w:type="spellEnd"/>
      <w:r w:rsidRPr="00B4526D">
        <w:t xml:space="preserve">, </w:t>
      </w:r>
      <w:proofErr w:type="spellStart"/>
      <w:r w:rsidRPr="00B4526D">
        <w:t>zváranie</w:t>
      </w:r>
      <w:proofErr w:type="spellEnd"/>
      <w:r w:rsidRPr="00B4526D">
        <w:t xml:space="preserve">, </w:t>
      </w:r>
      <w:proofErr w:type="spellStart"/>
      <w:r w:rsidRPr="00B4526D">
        <w:t>nitovanie</w:t>
      </w:r>
      <w:proofErr w:type="spellEnd"/>
      <w:r w:rsidRPr="00B4526D">
        <w:t>).</w:t>
      </w:r>
    </w:p>
    <w:p w14:paraId="6935944A" w14:textId="77777777" w:rsidR="009A50AE" w:rsidRPr="00B4526D" w:rsidRDefault="009A50AE" w:rsidP="009A50AE">
      <w:pPr>
        <w:numPr>
          <w:ilvl w:val="0"/>
          <w:numId w:val="11"/>
        </w:numPr>
        <w:spacing w:after="160" w:line="259" w:lineRule="auto"/>
        <w:jc w:val="both"/>
      </w:pPr>
      <w:proofErr w:type="spellStart"/>
      <w:r w:rsidRPr="00B4526D">
        <w:rPr>
          <w:b/>
          <w:bCs/>
        </w:rPr>
        <w:t>Fyzické</w:t>
      </w:r>
      <w:proofErr w:type="spellEnd"/>
      <w:r w:rsidRPr="00B4526D">
        <w:rPr>
          <w:b/>
          <w:bCs/>
        </w:rPr>
        <w:t xml:space="preserve"> </w:t>
      </w:r>
      <w:proofErr w:type="spellStart"/>
      <w:r w:rsidRPr="00B4526D">
        <w:rPr>
          <w:b/>
          <w:bCs/>
        </w:rPr>
        <w:t>schopnosti</w:t>
      </w:r>
      <w:proofErr w:type="spellEnd"/>
      <w:r w:rsidRPr="00B4526D">
        <w:rPr>
          <w:b/>
          <w:bCs/>
        </w:rPr>
        <w:t>:</w:t>
      </w:r>
    </w:p>
    <w:p w14:paraId="4786CA27" w14:textId="77777777" w:rsidR="009A50AE" w:rsidRPr="00B4526D" w:rsidRDefault="009A50AE" w:rsidP="009A50AE">
      <w:pPr>
        <w:numPr>
          <w:ilvl w:val="1"/>
          <w:numId w:val="11"/>
        </w:numPr>
        <w:spacing w:after="160" w:line="259" w:lineRule="auto"/>
        <w:jc w:val="both"/>
      </w:pPr>
      <w:proofErr w:type="spellStart"/>
      <w:r w:rsidRPr="00B4526D">
        <w:t>Výborná</w:t>
      </w:r>
      <w:proofErr w:type="spellEnd"/>
      <w:r w:rsidRPr="00B4526D">
        <w:t xml:space="preserve"> </w:t>
      </w:r>
      <w:proofErr w:type="spellStart"/>
      <w:r w:rsidRPr="00B4526D">
        <w:t>fyzická</w:t>
      </w:r>
      <w:proofErr w:type="spellEnd"/>
      <w:r w:rsidRPr="00B4526D">
        <w:t xml:space="preserve"> </w:t>
      </w:r>
      <w:proofErr w:type="spellStart"/>
      <w:r w:rsidRPr="00B4526D">
        <w:t>zdatnosť</w:t>
      </w:r>
      <w:proofErr w:type="spellEnd"/>
      <w:r w:rsidRPr="00B4526D">
        <w:t xml:space="preserve">, </w:t>
      </w:r>
      <w:proofErr w:type="spellStart"/>
      <w:r w:rsidRPr="00B4526D">
        <w:t>zmysel</w:t>
      </w:r>
      <w:proofErr w:type="spellEnd"/>
      <w:r w:rsidRPr="00B4526D">
        <w:t xml:space="preserve"> pre </w:t>
      </w:r>
      <w:proofErr w:type="spellStart"/>
      <w:r w:rsidRPr="00B4526D">
        <w:t>rovnováhu</w:t>
      </w:r>
      <w:proofErr w:type="spellEnd"/>
      <w:r w:rsidRPr="00B4526D">
        <w:t xml:space="preserve"> a </w:t>
      </w:r>
      <w:proofErr w:type="spellStart"/>
      <w:r w:rsidRPr="00B4526D">
        <w:t>manuálna</w:t>
      </w:r>
      <w:proofErr w:type="spellEnd"/>
      <w:r w:rsidRPr="00B4526D">
        <w:t xml:space="preserve"> </w:t>
      </w:r>
      <w:proofErr w:type="spellStart"/>
      <w:r w:rsidRPr="00B4526D">
        <w:t>obratnosť</w:t>
      </w:r>
      <w:proofErr w:type="spellEnd"/>
      <w:r w:rsidRPr="00B4526D">
        <w:t>.</w:t>
      </w:r>
    </w:p>
    <w:p w14:paraId="190609E5" w14:textId="77777777" w:rsidR="009A50AE" w:rsidRPr="00B4526D" w:rsidRDefault="009A50AE" w:rsidP="009A50AE">
      <w:pPr>
        <w:numPr>
          <w:ilvl w:val="1"/>
          <w:numId w:val="11"/>
        </w:numPr>
        <w:spacing w:after="160" w:line="259" w:lineRule="auto"/>
        <w:jc w:val="both"/>
      </w:pPr>
      <w:proofErr w:type="spellStart"/>
      <w:r w:rsidRPr="00B4526D">
        <w:t>Absencia</w:t>
      </w:r>
      <w:proofErr w:type="spellEnd"/>
      <w:r w:rsidRPr="00B4526D">
        <w:t xml:space="preserve"> </w:t>
      </w:r>
      <w:proofErr w:type="spellStart"/>
      <w:r w:rsidRPr="00B4526D">
        <w:t>strachu</w:t>
      </w:r>
      <w:proofErr w:type="spellEnd"/>
      <w:r w:rsidRPr="00B4526D">
        <w:t xml:space="preserve"> z </w:t>
      </w:r>
      <w:proofErr w:type="spellStart"/>
      <w:r w:rsidRPr="00B4526D">
        <w:t>výšok</w:t>
      </w:r>
      <w:proofErr w:type="spellEnd"/>
      <w:r w:rsidRPr="00B4526D">
        <w:t xml:space="preserve"> (</w:t>
      </w:r>
      <w:proofErr w:type="spellStart"/>
      <w:r w:rsidRPr="00B4526D">
        <w:t>schopnosť</w:t>
      </w:r>
      <w:proofErr w:type="spellEnd"/>
      <w:r w:rsidRPr="00B4526D">
        <w:t xml:space="preserve"> </w:t>
      </w:r>
      <w:proofErr w:type="spellStart"/>
      <w:r w:rsidRPr="00B4526D">
        <w:t>pracovať</w:t>
      </w:r>
      <w:proofErr w:type="spellEnd"/>
      <w:r w:rsidRPr="00B4526D">
        <w:t xml:space="preserve"> </w:t>
      </w:r>
      <w:proofErr w:type="spellStart"/>
      <w:r w:rsidRPr="00B4526D">
        <w:t>na</w:t>
      </w:r>
      <w:proofErr w:type="spellEnd"/>
      <w:r w:rsidRPr="00B4526D">
        <w:t xml:space="preserve"> </w:t>
      </w:r>
      <w:proofErr w:type="spellStart"/>
      <w:r w:rsidRPr="00B4526D">
        <w:t>lešeniach</w:t>
      </w:r>
      <w:proofErr w:type="spellEnd"/>
      <w:r w:rsidRPr="00B4526D">
        <w:t xml:space="preserve"> a </w:t>
      </w:r>
      <w:proofErr w:type="spellStart"/>
      <w:r w:rsidRPr="00B4526D">
        <w:t>plošinách</w:t>
      </w:r>
      <w:proofErr w:type="spellEnd"/>
      <w:r w:rsidRPr="00B4526D">
        <w:t>).</w:t>
      </w:r>
    </w:p>
    <w:p w14:paraId="17B653DC" w14:textId="77777777" w:rsidR="009A50AE" w:rsidRPr="00B4526D" w:rsidRDefault="009A50AE" w:rsidP="009A50AE">
      <w:pPr>
        <w:numPr>
          <w:ilvl w:val="0"/>
          <w:numId w:val="11"/>
        </w:numPr>
        <w:spacing w:after="160" w:line="259" w:lineRule="auto"/>
        <w:jc w:val="both"/>
      </w:pPr>
      <w:proofErr w:type="spellStart"/>
      <w:r w:rsidRPr="00B4526D">
        <w:rPr>
          <w:b/>
          <w:bCs/>
        </w:rPr>
        <w:t>Pracovný</w:t>
      </w:r>
      <w:proofErr w:type="spellEnd"/>
      <w:r w:rsidRPr="00B4526D">
        <w:rPr>
          <w:b/>
          <w:bCs/>
        </w:rPr>
        <w:t xml:space="preserve"> </w:t>
      </w:r>
      <w:proofErr w:type="spellStart"/>
      <w:r w:rsidRPr="00B4526D">
        <w:rPr>
          <w:b/>
          <w:bCs/>
        </w:rPr>
        <w:t>prístup</w:t>
      </w:r>
      <w:proofErr w:type="spellEnd"/>
      <w:r w:rsidRPr="00B4526D">
        <w:rPr>
          <w:b/>
          <w:bCs/>
        </w:rPr>
        <w:t>:</w:t>
      </w:r>
    </w:p>
    <w:p w14:paraId="48BBE534" w14:textId="77777777" w:rsidR="009A50AE" w:rsidRPr="00B4526D" w:rsidRDefault="009A50AE" w:rsidP="009A50AE">
      <w:pPr>
        <w:numPr>
          <w:ilvl w:val="1"/>
          <w:numId w:val="11"/>
        </w:numPr>
        <w:spacing w:after="160" w:line="259" w:lineRule="auto"/>
        <w:jc w:val="both"/>
      </w:pPr>
      <w:proofErr w:type="spellStart"/>
      <w:r w:rsidRPr="00B4526D">
        <w:t>Technické</w:t>
      </w:r>
      <w:proofErr w:type="spellEnd"/>
      <w:r w:rsidRPr="00B4526D">
        <w:t xml:space="preserve"> </w:t>
      </w:r>
      <w:proofErr w:type="spellStart"/>
      <w:r w:rsidRPr="00B4526D">
        <w:t>myslenie</w:t>
      </w:r>
      <w:proofErr w:type="spellEnd"/>
      <w:r w:rsidRPr="00B4526D">
        <w:t xml:space="preserve">, </w:t>
      </w:r>
      <w:proofErr w:type="spellStart"/>
      <w:r w:rsidRPr="00B4526D">
        <w:t>priestorová</w:t>
      </w:r>
      <w:proofErr w:type="spellEnd"/>
      <w:r w:rsidRPr="00B4526D">
        <w:t xml:space="preserve"> </w:t>
      </w:r>
      <w:proofErr w:type="spellStart"/>
      <w:r w:rsidRPr="00B4526D">
        <w:t>predstavivosť</w:t>
      </w:r>
      <w:proofErr w:type="spellEnd"/>
      <w:r w:rsidRPr="00B4526D">
        <w:t xml:space="preserve"> a </w:t>
      </w:r>
      <w:proofErr w:type="spellStart"/>
      <w:r w:rsidRPr="00B4526D">
        <w:t>schopnosť</w:t>
      </w:r>
      <w:proofErr w:type="spellEnd"/>
      <w:r w:rsidRPr="00B4526D">
        <w:t xml:space="preserve"> </w:t>
      </w:r>
      <w:proofErr w:type="spellStart"/>
      <w:r w:rsidRPr="00B4526D">
        <w:t>samostatne</w:t>
      </w:r>
      <w:proofErr w:type="spellEnd"/>
      <w:r w:rsidRPr="00B4526D">
        <w:t xml:space="preserve"> </w:t>
      </w:r>
      <w:proofErr w:type="spellStart"/>
      <w:r w:rsidRPr="00B4526D">
        <w:t>riešiť</w:t>
      </w:r>
      <w:proofErr w:type="spellEnd"/>
      <w:r w:rsidRPr="00B4526D">
        <w:t xml:space="preserve"> </w:t>
      </w:r>
      <w:proofErr w:type="spellStart"/>
      <w:r w:rsidRPr="00B4526D">
        <w:t>problémy</w:t>
      </w:r>
      <w:proofErr w:type="spellEnd"/>
      <w:r w:rsidRPr="00B4526D">
        <w:t xml:space="preserve"> </w:t>
      </w:r>
      <w:proofErr w:type="spellStart"/>
      <w:r w:rsidRPr="00B4526D">
        <w:t>priamo</w:t>
      </w:r>
      <w:proofErr w:type="spellEnd"/>
      <w:r w:rsidRPr="00B4526D">
        <w:t xml:space="preserve"> </w:t>
      </w:r>
      <w:proofErr w:type="spellStart"/>
      <w:r w:rsidRPr="00B4526D">
        <w:t>na</w:t>
      </w:r>
      <w:proofErr w:type="spellEnd"/>
      <w:r w:rsidRPr="00B4526D">
        <w:t xml:space="preserve"> </w:t>
      </w:r>
      <w:proofErr w:type="spellStart"/>
      <w:r w:rsidRPr="00B4526D">
        <w:t>stavbe</w:t>
      </w:r>
      <w:proofErr w:type="spellEnd"/>
      <w:r w:rsidRPr="00B4526D">
        <w:t>.</w:t>
      </w:r>
    </w:p>
    <w:p w14:paraId="6B54E443" w14:textId="77777777" w:rsidR="009A50AE" w:rsidRPr="00B4526D" w:rsidRDefault="009A50AE" w:rsidP="009A50AE">
      <w:pPr>
        <w:jc w:val="both"/>
        <w:rPr>
          <w:b/>
          <w:bCs/>
        </w:rPr>
      </w:pPr>
      <w:r w:rsidRPr="00B4526D">
        <w:rPr>
          <w:b/>
          <w:bCs/>
        </w:rPr>
        <w:t xml:space="preserve">4. </w:t>
      </w:r>
      <w:proofErr w:type="spellStart"/>
      <w:r w:rsidRPr="00B4526D">
        <w:rPr>
          <w:b/>
          <w:bCs/>
        </w:rPr>
        <w:t>Požadované</w:t>
      </w:r>
      <w:proofErr w:type="spellEnd"/>
      <w:r w:rsidRPr="00B4526D">
        <w:rPr>
          <w:b/>
          <w:bCs/>
        </w:rPr>
        <w:t xml:space="preserve"> </w:t>
      </w:r>
      <w:proofErr w:type="spellStart"/>
      <w:r w:rsidRPr="00B4526D">
        <w:rPr>
          <w:b/>
          <w:bCs/>
        </w:rPr>
        <w:t>vzdelanie</w:t>
      </w:r>
      <w:proofErr w:type="spellEnd"/>
      <w:r w:rsidRPr="00B4526D">
        <w:rPr>
          <w:b/>
          <w:bCs/>
        </w:rPr>
        <w:t xml:space="preserve"> a </w:t>
      </w:r>
      <w:proofErr w:type="spellStart"/>
      <w:r w:rsidRPr="00B4526D">
        <w:rPr>
          <w:b/>
          <w:bCs/>
        </w:rPr>
        <w:t>certifikácie</w:t>
      </w:r>
      <w:proofErr w:type="spellEnd"/>
    </w:p>
    <w:p w14:paraId="32C5DF84" w14:textId="77777777" w:rsidR="009A50AE" w:rsidRPr="00B4526D" w:rsidRDefault="009A50AE" w:rsidP="009A50AE">
      <w:pPr>
        <w:numPr>
          <w:ilvl w:val="0"/>
          <w:numId w:val="12"/>
        </w:numPr>
        <w:spacing w:after="160" w:line="259" w:lineRule="auto"/>
        <w:jc w:val="both"/>
      </w:pPr>
      <w:proofErr w:type="spellStart"/>
      <w:r w:rsidRPr="00B4526D">
        <w:rPr>
          <w:b/>
          <w:bCs/>
        </w:rPr>
        <w:t>Vzdelanie</w:t>
      </w:r>
      <w:proofErr w:type="spellEnd"/>
      <w:r w:rsidRPr="00B4526D">
        <w:rPr>
          <w:b/>
          <w:bCs/>
        </w:rPr>
        <w:t>:</w:t>
      </w:r>
      <w:r w:rsidRPr="00B4526D">
        <w:t xml:space="preserve"> </w:t>
      </w:r>
      <w:proofErr w:type="spellStart"/>
      <w:r w:rsidRPr="00B4526D">
        <w:t>Stredoškolské</w:t>
      </w:r>
      <w:proofErr w:type="spellEnd"/>
      <w:r w:rsidRPr="00B4526D">
        <w:t xml:space="preserve"> </w:t>
      </w:r>
      <w:proofErr w:type="spellStart"/>
      <w:r w:rsidRPr="00B4526D">
        <w:t>odborné</w:t>
      </w:r>
      <w:proofErr w:type="spellEnd"/>
      <w:r w:rsidRPr="00B4526D">
        <w:t xml:space="preserve"> </w:t>
      </w:r>
      <w:proofErr w:type="spellStart"/>
      <w:r w:rsidRPr="00B4526D">
        <w:t>vzdelanie</w:t>
      </w:r>
      <w:proofErr w:type="spellEnd"/>
      <w:r w:rsidRPr="00B4526D">
        <w:t xml:space="preserve"> (SOU) s </w:t>
      </w:r>
      <w:proofErr w:type="spellStart"/>
      <w:r w:rsidRPr="00B4526D">
        <w:t>výučným</w:t>
      </w:r>
      <w:proofErr w:type="spellEnd"/>
      <w:r w:rsidRPr="00B4526D">
        <w:t xml:space="preserve"> </w:t>
      </w:r>
      <w:proofErr w:type="spellStart"/>
      <w:r w:rsidRPr="00B4526D">
        <w:t>listom</w:t>
      </w:r>
      <w:proofErr w:type="spellEnd"/>
      <w:r w:rsidRPr="00B4526D">
        <w:t xml:space="preserve"> v </w:t>
      </w:r>
      <w:proofErr w:type="spellStart"/>
      <w:r w:rsidRPr="00B4526D">
        <w:t>odbore</w:t>
      </w:r>
      <w:proofErr w:type="spellEnd"/>
      <w:r w:rsidRPr="00B4526D">
        <w:t xml:space="preserve"> </w:t>
      </w:r>
      <w:proofErr w:type="spellStart"/>
      <w:r w:rsidRPr="00B4526D">
        <w:t>montážny</w:t>
      </w:r>
      <w:proofErr w:type="spellEnd"/>
      <w:r w:rsidRPr="00B4526D">
        <w:t xml:space="preserve"> </w:t>
      </w:r>
      <w:proofErr w:type="spellStart"/>
      <w:r w:rsidRPr="00B4526D">
        <w:t>zámočník</w:t>
      </w:r>
      <w:proofErr w:type="spellEnd"/>
      <w:r w:rsidRPr="00B4526D">
        <w:t xml:space="preserve">, </w:t>
      </w:r>
      <w:proofErr w:type="spellStart"/>
      <w:r w:rsidRPr="00B4526D">
        <w:t>strojár</w:t>
      </w:r>
      <w:proofErr w:type="spellEnd"/>
      <w:r w:rsidRPr="00B4526D">
        <w:t xml:space="preserve">, </w:t>
      </w:r>
      <w:proofErr w:type="spellStart"/>
      <w:r w:rsidRPr="00B4526D">
        <w:t>mechanik</w:t>
      </w:r>
      <w:proofErr w:type="spellEnd"/>
      <w:r w:rsidRPr="00B4526D">
        <w:t xml:space="preserve"> </w:t>
      </w:r>
      <w:proofErr w:type="spellStart"/>
      <w:r w:rsidRPr="00B4526D">
        <w:t>strojov</w:t>
      </w:r>
      <w:proofErr w:type="spellEnd"/>
      <w:r w:rsidRPr="00B4526D">
        <w:t xml:space="preserve"> a </w:t>
      </w:r>
      <w:proofErr w:type="spellStart"/>
      <w:r w:rsidRPr="00B4526D">
        <w:t>zariadení</w:t>
      </w:r>
      <w:proofErr w:type="spellEnd"/>
      <w:r w:rsidRPr="00B4526D">
        <w:t xml:space="preserve"> </w:t>
      </w:r>
      <w:proofErr w:type="spellStart"/>
      <w:r w:rsidRPr="00B4526D">
        <w:t>alebo</w:t>
      </w:r>
      <w:proofErr w:type="spellEnd"/>
      <w:r w:rsidRPr="00B4526D">
        <w:t xml:space="preserve"> </w:t>
      </w:r>
      <w:proofErr w:type="spellStart"/>
      <w:r w:rsidRPr="00B4526D">
        <w:t>príbuznom</w:t>
      </w:r>
      <w:proofErr w:type="spellEnd"/>
      <w:r w:rsidRPr="00B4526D">
        <w:t xml:space="preserve"> </w:t>
      </w:r>
      <w:proofErr w:type="spellStart"/>
      <w:r w:rsidRPr="00B4526D">
        <w:t>technickom</w:t>
      </w:r>
      <w:proofErr w:type="spellEnd"/>
      <w:r w:rsidRPr="00B4526D">
        <w:t xml:space="preserve"> </w:t>
      </w:r>
      <w:proofErr w:type="spellStart"/>
      <w:r w:rsidRPr="00B4526D">
        <w:t>odbore</w:t>
      </w:r>
      <w:proofErr w:type="spellEnd"/>
      <w:r w:rsidRPr="00B4526D">
        <w:t>.</w:t>
      </w:r>
    </w:p>
    <w:p w14:paraId="6C1CAA7C" w14:textId="77777777" w:rsidR="009A50AE" w:rsidRPr="00B4526D" w:rsidRDefault="009A50AE" w:rsidP="009A50AE">
      <w:pPr>
        <w:numPr>
          <w:ilvl w:val="0"/>
          <w:numId w:val="12"/>
        </w:numPr>
        <w:spacing w:after="160" w:line="259" w:lineRule="auto"/>
        <w:jc w:val="both"/>
      </w:pPr>
      <w:proofErr w:type="spellStart"/>
      <w:r w:rsidRPr="00B4526D">
        <w:rPr>
          <w:b/>
          <w:bCs/>
        </w:rPr>
        <w:t>Prax</w:t>
      </w:r>
      <w:proofErr w:type="spellEnd"/>
      <w:r w:rsidRPr="00B4526D">
        <w:rPr>
          <w:b/>
          <w:bCs/>
        </w:rPr>
        <w:t>:</w:t>
      </w:r>
      <w:r w:rsidRPr="00B4526D">
        <w:t xml:space="preserve"> </w:t>
      </w:r>
      <w:proofErr w:type="spellStart"/>
      <w:r w:rsidRPr="00B4526D">
        <w:t>Minimálne</w:t>
      </w:r>
      <w:proofErr w:type="spellEnd"/>
      <w:r w:rsidRPr="00B4526D">
        <w:t xml:space="preserve"> 1 </w:t>
      </w:r>
      <w:proofErr w:type="spellStart"/>
      <w:r w:rsidRPr="00B4526D">
        <w:t>až</w:t>
      </w:r>
      <w:proofErr w:type="spellEnd"/>
      <w:r w:rsidRPr="00B4526D">
        <w:t xml:space="preserve"> 3 </w:t>
      </w:r>
      <w:proofErr w:type="spellStart"/>
      <w:r w:rsidRPr="00B4526D">
        <w:t>roky</w:t>
      </w:r>
      <w:proofErr w:type="spellEnd"/>
      <w:r w:rsidRPr="00B4526D">
        <w:t xml:space="preserve"> </w:t>
      </w:r>
      <w:proofErr w:type="spellStart"/>
      <w:r w:rsidRPr="00B4526D">
        <w:t>preukázateľnej</w:t>
      </w:r>
      <w:proofErr w:type="spellEnd"/>
      <w:r w:rsidRPr="00B4526D">
        <w:t xml:space="preserve"> </w:t>
      </w:r>
      <w:proofErr w:type="spellStart"/>
      <w:r w:rsidRPr="00B4526D">
        <w:t>praxe</w:t>
      </w:r>
      <w:proofErr w:type="spellEnd"/>
      <w:r w:rsidRPr="00B4526D">
        <w:t xml:space="preserve"> s </w:t>
      </w:r>
      <w:proofErr w:type="spellStart"/>
      <w:r w:rsidRPr="00B4526D">
        <w:t>montážnymi</w:t>
      </w:r>
      <w:proofErr w:type="spellEnd"/>
      <w:r w:rsidRPr="00B4526D">
        <w:t xml:space="preserve"> </w:t>
      </w:r>
      <w:proofErr w:type="spellStart"/>
      <w:r w:rsidRPr="00B4526D">
        <w:t>prácami</w:t>
      </w:r>
      <w:proofErr w:type="spellEnd"/>
      <w:r w:rsidRPr="00B4526D">
        <w:t xml:space="preserve"> v </w:t>
      </w:r>
      <w:proofErr w:type="spellStart"/>
      <w:r w:rsidRPr="00B4526D">
        <w:t>priemysle</w:t>
      </w:r>
      <w:proofErr w:type="spellEnd"/>
      <w:r w:rsidRPr="00B4526D">
        <w:t xml:space="preserve">, </w:t>
      </w:r>
      <w:proofErr w:type="spellStart"/>
      <w:r w:rsidRPr="00B4526D">
        <w:t>stavebníctve</w:t>
      </w:r>
      <w:proofErr w:type="spellEnd"/>
      <w:r w:rsidRPr="00B4526D">
        <w:t xml:space="preserve"> </w:t>
      </w:r>
      <w:proofErr w:type="spellStart"/>
      <w:r w:rsidRPr="00B4526D">
        <w:t>alebo</w:t>
      </w:r>
      <w:proofErr w:type="spellEnd"/>
      <w:r w:rsidRPr="00B4526D">
        <w:t xml:space="preserve"> </w:t>
      </w:r>
      <w:proofErr w:type="spellStart"/>
      <w:r w:rsidRPr="00B4526D">
        <w:t>strojárstve</w:t>
      </w:r>
      <w:proofErr w:type="spellEnd"/>
      <w:r w:rsidRPr="00B4526D">
        <w:t>.</w:t>
      </w:r>
    </w:p>
    <w:p w14:paraId="22C54797" w14:textId="77777777" w:rsidR="009A50AE" w:rsidRPr="00B4526D" w:rsidRDefault="009A50AE" w:rsidP="009A50AE">
      <w:pPr>
        <w:numPr>
          <w:ilvl w:val="0"/>
          <w:numId w:val="12"/>
        </w:numPr>
        <w:spacing w:after="160" w:line="259" w:lineRule="auto"/>
        <w:jc w:val="both"/>
      </w:pPr>
      <w:proofErr w:type="spellStart"/>
      <w:r w:rsidRPr="00B4526D">
        <w:rPr>
          <w:b/>
          <w:bCs/>
        </w:rPr>
        <w:t>Osvedčenia</w:t>
      </w:r>
      <w:proofErr w:type="spellEnd"/>
      <w:r w:rsidRPr="00B4526D">
        <w:rPr>
          <w:b/>
          <w:bCs/>
        </w:rPr>
        <w:t xml:space="preserve"> a </w:t>
      </w:r>
      <w:proofErr w:type="spellStart"/>
      <w:r w:rsidRPr="00B4526D">
        <w:rPr>
          <w:b/>
          <w:bCs/>
        </w:rPr>
        <w:t>preukazy</w:t>
      </w:r>
      <w:proofErr w:type="spellEnd"/>
      <w:r w:rsidRPr="00B4526D">
        <w:rPr>
          <w:b/>
          <w:bCs/>
        </w:rPr>
        <w:t>:</w:t>
      </w:r>
    </w:p>
    <w:p w14:paraId="05583F1B" w14:textId="77777777" w:rsidR="009A50AE" w:rsidRPr="00B4526D" w:rsidRDefault="009A50AE" w:rsidP="009A50AE">
      <w:pPr>
        <w:numPr>
          <w:ilvl w:val="1"/>
          <w:numId w:val="12"/>
        </w:numPr>
        <w:spacing w:after="160" w:line="259" w:lineRule="auto"/>
        <w:jc w:val="both"/>
      </w:pPr>
      <w:proofErr w:type="spellStart"/>
      <w:r w:rsidRPr="00B4526D">
        <w:t>Platný</w:t>
      </w:r>
      <w:proofErr w:type="spellEnd"/>
      <w:r w:rsidRPr="00B4526D">
        <w:t xml:space="preserve"> </w:t>
      </w:r>
      <w:proofErr w:type="spellStart"/>
      <w:r w:rsidRPr="00B4526D">
        <w:t>zváračský</w:t>
      </w:r>
      <w:proofErr w:type="spellEnd"/>
      <w:r w:rsidRPr="00B4526D">
        <w:t xml:space="preserve"> </w:t>
      </w:r>
      <w:proofErr w:type="spellStart"/>
      <w:r w:rsidRPr="00B4526D">
        <w:t>preukaz</w:t>
      </w:r>
      <w:proofErr w:type="spellEnd"/>
      <w:r w:rsidRPr="00B4526D">
        <w:t xml:space="preserve"> (</w:t>
      </w:r>
      <w:proofErr w:type="spellStart"/>
      <w:r w:rsidRPr="00B4526D">
        <w:t>napr</w:t>
      </w:r>
      <w:proofErr w:type="spellEnd"/>
      <w:r w:rsidRPr="00B4526D">
        <w:t xml:space="preserve">. Z-M1, Z-G1 </w:t>
      </w:r>
      <w:proofErr w:type="spellStart"/>
      <w:r w:rsidRPr="00B4526D">
        <w:t>alebo</w:t>
      </w:r>
      <w:proofErr w:type="spellEnd"/>
      <w:r w:rsidRPr="00B4526D">
        <w:t xml:space="preserve"> </w:t>
      </w:r>
      <w:proofErr w:type="spellStart"/>
      <w:r w:rsidRPr="00B4526D">
        <w:t>certifikát</w:t>
      </w:r>
      <w:proofErr w:type="spellEnd"/>
      <w:r w:rsidRPr="00B4526D">
        <w:t xml:space="preserve"> </w:t>
      </w:r>
      <w:proofErr w:type="spellStart"/>
      <w:r w:rsidRPr="00B4526D">
        <w:t>podľa</w:t>
      </w:r>
      <w:proofErr w:type="spellEnd"/>
      <w:r w:rsidRPr="00B4526D">
        <w:t xml:space="preserve"> STN EN ISO 9606</w:t>
      </w:r>
      <w:r>
        <w:t xml:space="preserve">) – </w:t>
      </w:r>
      <w:proofErr w:type="spellStart"/>
      <w:r>
        <w:t>v</w:t>
      </w:r>
      <w:r w:rsidRPr="00B4526D">
        <w:t>ýhodou</w:t>
      </w:r>
      <w:proofErr w:type="spellEnd"/>
      <w:r>
        <w:t>.</w:t>
      </w:r>
    </w:p>
    <w:p w14:paraId="25799AB8" w14:textId="77777777" w:rsidR="009A50AE" w:rsidRPr="00B4526D" w:rsidRDefault="009A50AE" w:rsidP="009A50AE">
      <w:pPr>
        <w:numPr>
          <w:ilvl w:val="1"/>
          <w:numId w:val="12"/>
        </w:numPr>
        <w:spacing w:after="160" w:line="259" w:lineRule="auto"/>
        <w:jc w:val="both"/>
      </w:pPr>
      <w:proofErr w:type="spellStart"/>
      <w:r w:rsidRPr="00B4526D">
        <w:t>Preukaz</w:t>
      </w:r>
      <w:proofErr w:type="spellEnd"/>
      <w:r w:rsidRPr="00B4526D">
        <w:t xml:space="preserve"> </w:t>
      </w:r>
      <w:proofErr w:type="spellStart"/>
      <w:r w:rsidRPr="00B4526D">
        <w:t>obsluhy</w:t>
      </w:r>
      <w:proofErr w:type="spellEnd"/>
      <w:r w:rsidRPr="00B4526D">
        <w:t xml:space="preserve"> </w:t>
      </w:r>
      <w:proofErr w:type="spellStart"/>
      <w:r w:rsidRPr="00B4526D">
        <w:t>vysokozdvižných</w:t>
      </w:r>
      <w:proofErr w:type="spellEnd"/>
      <w:r w:rsidRPr="00B4526D">
        <w:t xml:space="preserve"> </w:t>
      </w:r>
      <w:proofErr w:type="spellStart"/>
      <w:r w:rsidRPr="00B4526D">
        <w:t>vozíkov</w:t>
      </w:r>
      <w:proofErr w:type="spellEnd"/>
      <w:r w:rsidRPr="00B4526D">
        <w:t xml:space="preserve">, </w:t>
      </w:r>
      <w:proofErr w:type="spellStart"/>
      <w:r w:rsidRPr="00B4526D">
        <w:t>viazača</w:t>
      </w:r>
      <w:proofErr w:type="spellEnd"/>
      <w:r w:rsidRPr="00B4526D">
        <w:t xml:space="preserve"> </w:t>
      </w:r>
      <w:proofErr w:type="spellStart"/>
      <w:r w:rsidRPr="00B4526D">
        <w:t>bremien</w:t>
      </w:r>
      <w:proofErr w:type="spellEnd"/>
      <w:r w:rsidRPr="00B4526D">
        <w:t xml:space="preserve"> </w:t>
      </w:r>
      <w:proofErr w:type="spellStart"/>
      <w:r w:rsidRPr="00B4526D">
        <w:t>alebo</w:t>
      </w:r>
      <w:proofErr w:type="spellEnd"/>
      <w:r w:rsidRPr="00B4526D">
        <w:t xml:space="preserve"> </w:t>
      </w:r>
      <w:proofErr w:type="spellStart"/>
      <w:r w:rsidRPr="00B4526D">
        <w:t>obsluhy</w:t>
      </w:r>
      <w:proofErr w:type="spellEnd"/>
      <w:r w:rsidRPr="00B4526D">
        <w:t xml:space="preserve"> </w:t>
      </w:r>
      <w:proofErr w:type="spellStart"/>
      <w:r w:rsidRPr="00B4526D">
        <w:t>pracovných</w:t>
      </w:r>
      <w:proofErr w:type="spellEnd"/>
      <w:r w:rsidRPr="00B4526D">
        <w:t xml:space="preserve"> </w:t>
      </w:r>
      <w:proofErr w:type="spellStart"/>
      <w:r w:rsidRPr="00B4526D">
        <w:t>plošín</w:t>
      </w:r>
      <w:proofErr w:type="spellEnd"/>
      <w:r w:rsidRPr="00B4526D">
        <w:t xml:space="preserve"> </w:t>
      </w:r>
      <w:r>
        <w:t xml:space="preserve">- </w:t>
      </w:r>
      <w:proofErr w:type="spellStart"/>
      <w:r w:rsidRPr="00B4526D">
        <w:t>veľkou</w:t>
      </w:r>
      <w:proofErr w:type="spellEnd"/>
      <w:r w:rsidRPr="00B4526D">
        <w:t xml:space="preserve"> </w:t>
      </w:r>
      <w:proofErr w:type="spellStart"/>
      <w:r w:rsidRPr="00B4526D">
        <w:t>výhodou</w:t>
      </w:r>
      <w:proofErr w:type="spellEnd"/>
      <w:r w:rsidRPr="00B4526D">
        <w:t>.</w:t>
      </w:r>
    </w:p>
    <w:p w14:paraId="45314941" w14:textId="77777777" w:rsidR="009A50AE" w:rsidRPr="00B4526D" w:rsidRDefault="009A50AE" w:rsidP="009A50AE">
      <w:pPr>
        <w:numPr>
          <w:ilvl w:val="1"/>
          <w:numId w:val="12"/>
        </w:numPr>
        <w:spacing w:after="160" w:line="259" w:lineRule="auto"/>
        <w:jc w:val="both"/>
      </w:pPr>
      <w:proofErr w:type="spellStart"/>
      <w:r w:rsidRPr="00B4526D">
        <w:t>Vodičský</w:t>
      </w:r>
      <w:proofErr w:type="spellEnd"/>
      <w:r w:rsidRPr="00B4526D">
        <w:t xml:space="preserve"> </w:t>
      </w:r>
      <w:proofErr w:type="spellStart"/>
      <w:r w:rsidRPr="00B4526D">
        <w:t>preukaz</w:t>
      </w:r>
      <w:proofErr w:type="spellEnd"/>
      <w:r w:rsidRPr="00B4526D">
        <w:t xml:space="preserve"> </w:t>
      </w:r>
      <w:proofErr w:type="spellStart"/>
      <w:r w:rsidRPr="00B4526D">
        <w:t>skupiny</w:t>
      </w:r>
      <w:proofErr w:type="spellEnd"/>
      <w:r w:rsidRPr="00B4526D">
        <w:t xml:space="preserve"> B (</w:t>
      </w:r>
      <w:proofErr w:type="spellStart"/>
      <w:r w:rsidRPr="00B4526D">
        <w:t>aktívny</w:t>
      </w:r>
      <w:proofErr w:type="spellEnd"/>
      <w:r w:rsidRPr="00B4526D">
        <w:t xml:space="preserve"> </w:t>
      </w:r>
      <w:proofErr w:type="spellStart"/>
      <w:r w:rsidRPr="00B4526D">
        <w:t>vodič</w:t>
      </w:r>
      <w:proofErr w:type="spellEnd"/>
      <w:r w:rsidRPr="00B4526D">
        <w:t xml:space="preserve">), </w:t>
      </w:r>
      <w:proofErr w:type="spellStart"/>
      <w:r w:rsidRPr="00B4526D">
        <w:t>prípadne</w:t>
      </w:r>
      <w:proofErr w:type="spellEnd"/>
      <w:r w:rsidRPr="00B4526D">
        <w:t xml:space="preserve"> C.</w:t>
      </w:r>
    </w:p>
    <w:p w14:paraId="0ED4163D" w14:textId="77777777" w:rsidR="009A50AE" w:rsidRPr="00B4526D" w:rsidRDefault="009A50AE" w:rsidP="009A50AE">
      <w:pPr>
        <w:jc w:val="both"/>
        <w:rPr>
          <w:b/>
          <w:bCs/>
        </w:rPr>
      </w:pPr>
      <w:r w:rsidRPr="00B4526D">
        <w:rPr>
          <w:b/>
          <w:bCs/>
        </w:rPr>
        <w:t xml:space="preserve">5. </w:t>
      </w:r>
      <w:proofErr w:type="spellStart"/>
      <w:r w:rsidRPr="00B4526D">
        <w:rPr>
          <w:b/>
          <w:bCs/>
        </w:rPr>
        <w:t>Pracovné</w:t>
      </w:r>
      <w:proofErr w:type="spellEnd"/>
      <w:r w:rsidRPr="00B4526D">
        <w:rPr>
          <w:b/>
          <w:bCs/>
        </w:rPr>
        <w:t xml:space="preserve"> </w:t>
      </w:r>
      <w:proofErr w:type="spellStart"/>
      <w:r w:rsidRPr="00B4526D">
        <w:rPr>
          <w:b/>
          <w:bCs/>
        </w:rPr>
        <w:t>prostredie</w:t>
      </w:r>
      <w:proofErr w:type="spellEnd"/>
    </w:p>
    <w:p w14:paraId="7965CA8B" w14:textId="77777777" w:rsidR="009A50AE" w:rsidRPr="00B4526D" w:rsidRDefault="009A50AE" w:rsidP="009A50AE">
      <w:pPr>
        <w:numPr>
          <w:ilvl w:val="0"/>
          <w:numId w:val="13"/>
        </w:numPr>
        <w:spacing w:after="160" w:line="259" w:lineRule="auto"/>
        <w:jc w:val="both"/>
      </w:pPr>
      <w:proofErr w:type="spellStart"/>
      <w:r w:rsidRPr="00B4526D">
        <w:rPr>
          <w:b/>
          <w:bCs/>
        </w:rPr>
        <w:t>Typ</w:t>
      </w:r>
      <w:proofErr w:type="spellEnd"/>
      <w:r w:rsidRPr="00B4526D">
        <w:rPr>
          <w:b/>
          <w:bCs/>
        </w:rPr>
        <w:t xml:space="preserve"> </w:t>
      </w:r>
      <w:proofErr w:type="spellStart"/>
      <w:r w:rsidRPr="00B4526D">
        <w:rPr>
          <w:b/>
          <w:bCs/>
        </w:rPr>
        <w:t>pracoviska</w:t>
      </w:r>
      <w:proofErr w:type="spellEnd"/>
      <w:r w:rsidRPr="00B4526D">
        <w:rPr>
          <w:b/>
          <w:bCs/>
        </w:rPr>
        <w:t>:</w:t>
      </w:r>
      <w:r w:rsidRPr="00B4526D">
        <w:t xml:space="preserve"> </w:t>
      </w:r>
      <w:proofErr w:type="spellStart"/>
      <w:r w:rsidRPr="00B4526D">
        <w:t>Práca</w:t>
      </w:r>
      <w:proofErr w:type="spellEnd"/>
      <w:r w:rsidRPr="00B4526D">
        <w:t xml:space="preserve"> </w:t>
      </w:r>
      <w:proofErr w:type="spellStart"/>
      <w:r>
        <w:t>vo</w:t>
      </w:r>
      <w:proofErr w:type="spellEnd"/>
      <w:r>
        <w:t xml:space="preserve"> </w:t>
      </w:r>
      <w:proofErr w:type="spellStart"/>
      <w:r>
        <w:t>výrobe</w:t>
      </w:r>
      <w:proofErr w:type="spellEnd"/>
      <w:r>
        <w:t xml:space="preserve"> </w:t>
      </w:r>
      <w:proofErr w:type="spellStart"/>
      <w:r>
        <w:t>alebo</w:t>
      </w:r>
      <w:proofErr w:type="spellEnd"/>
      <w:r>
        <w:t xml:space="preserve"> v </w:t>
      </w:r>
      <w:proofErr w:type="spellStart"/>
      <w:r>
        <w:t>teréne</w:t>
      </w:r>
      <w:proofErr w:type="spellEnd"/>
    </w:p>
    <w:p w14:paraId="51183307" w14:textId="77777777" w:rsidR="009A50AE" w:rsidRPr="00B4526D" w:rsidRDefault="009A50AE" w:rsidP="009A50AE">
      <w:pPr>
        <w:numPr>
          <w:ilvl w:val="0"/>
          <w:numId w:val="13"/>
        </w:numPr>
        <w:spacing w:after="160" w:line="259" w:lineRule="auto"/>
        <w:jc w:val="both"/>
      </w:pPr>
      <w:proofErr w:type="spellStart"/>
      <w:r w:rsidRPr="00B4526D">
        <w:rPr>
          <w:b/>
          <w:bCs/>
        </w:rPr>
        <w:t>Bezpečnostné</w:t>
      </w:r>
      <w:proofErr w:type="spellEnd"/>
      <w:r w:rsidRPr="00B4526D">
        <w:rPr>
          <w:b/>
          <w:bCs/>
        </w:rPr>
        <w:t xml:space="preserve"> </w:t>
      </w:r>
      <w:proofErr w:type="spellStart"/>
      <w:r w:rsidRPr="00B4526D">
        <w:rPr>
          <w:b/>
          <w:bCs/>
        </w:rPr>
        <w:t>aspekty</w:t>
      </w:r>
      <w:proofErr w:type="spellEnd"/>
      <w:r w:rsidRPr="00B4526D">
        <w:rPr>
          <w:b/>
          <w:bCs/>
        </w:rPr>
        <w:t>:</w:t>
      </w:r>
      <w:r w:rsidRPr="00B4526D">
        <w:t xml:space="preserve"> </w:t>
      </w:r>
      <w:proofErr w:type="spellStart"/>
      <w:r w:rsidRPr="00B4526D">
        <w:t>Náročné</w:t>
      </w:r>
      <w:proofErr w:type="spellEnd"/>
      <w:r w:rsidRPr="00B4526D">
        <w:t xml:space="preserve"> </w:t>
      </w:r>
      <w:proofErr w:type="spellStart"/>
      <w:r w:rsidRPr="00B4526D">
        <w:t>pracovné</w:t>
      </w:r>
      <w:proofErr w:type="spellEnd"/>
      <w:r w:rsidRPr="00B4526D">
        <w:t xml:space="preserve"> </w:t>
      </w:r>
      <w:proofErr w:type="spellStart"/>
      <w:r w:rsidRPr="00B4526D">
        <w:t>prostredie</w:t>
      </w:r>
      <w:proofErr w:type="spellEnd"/>
      <w:r w:rsidRPr="00B4526D">
        <w:t xml:space="preserve"> s </w:t>
      </w:r>
      <w:proofErr w:type="spellStart"/>
      <w:r w:rsidRPr="00B4526D">
        <w:t>výskytom</w:t>
      </w:r>
      <w:proofErr w:type="spellEnd"/>
      <w:r w:rsidRPr="00B4526D">
        <w:t xml:space="preserve"> </w:t>
      </w:r>
      <w:proofErr w:type="spellStart"/>
      <w:r w:rsidRPr="00B4526D">
        <w:t>hluku</w:t>
      </w:r>
      <w:proofErr w:type="spellEnd"/>
      <w:r w:rsidRPr="00B4526D">
        <w:t xml:space="preserve">, </w:t>
      </w:r>
      <w:proofErr w:type="spellStart"/>
      <w:r w:rsidRPr="00B4526D">
        <w:t>prašnosti</w:t>
      </w:r>
      <w:proofErr w:type="spellEnd"/>
      <w:r w:rsidRPr="00B4526D">
        <w:t xml:space="preserve">, </w:t>
      </w:r>
      <w:proofErr w:type="spellStart"/>
      <w:r w:rsidRPr="00B4526D">
        <w:t>prácou</w:t>
      </w:r>
      <w:proofErr w:type="spellEnd"/>
      <w:r w:rsidRPr="00B4526D">
        <w:t xml:space="preserve"> </w:t>
      </w:r>
      <w:proofErr w:type="spellStart"/>
      <w:r w:rsidRPr="00B4526D">
        <w:t>vo</w:t>
      </w:r>
      <w:proofErr w:type="spellEnd"/>
      <w:r w:rsidRPr="00B4526D">
        <w:t xml:space="preserve"> </w:t>
      </w:r>
      <w:proofErr w:type="spellStart"/>
      <w:r w:rsidRPr="00B4526D">
        <w:t>výškach</w:t>
      </w:r>
      <w:proofErr w:type="spellEnd"/>
      <w:r w:rsidRPr="00B4526D">
        <w:t xml:space="preserve">, </w:t>
      </w:r>
      <w:proofErr w:type="spellStart"/>
      <w:r w:rsidRPr="00B4526D">
        <w:t>nad</w:t>
      </w:r>
      <w:proofErr w:type="spellEnd"/>
      <w:r w:rsidRPr="00B4526D">
        <w:t xml:space="preserve"> </w:t>
      </w:r>
      <w:proofErr w:type="spellStart"/>
      <w:r w:rsidRPr="00B4526D">
        <w:t>voľnou</w:t>
      </w:r>
      <w:proofErr w:type="spellEnd"/>
      <w:r w:rsidRPr="00B4526D">
        <w:t xml:space="preserve"> </w:t>
      </w:r>
      <w:proofErr w:type="spellStart"/>
      <w:r w:rsidRPr="00B4526D">
        <w:t>hĺbkou</w:t>
      </w:r>
      <w:proofErr w:type="spellEnd"/>
      <w:r w:rsidRPr="00B4526D">
        <w:t xml:space="preserve"> </w:t>
      </w:r>
      <w:proofErr w:type="spellStart"/>
      <w:r w:rsidRPr="00B4526D">
        <w:t>alebo</w:t>
      </w:r>
      <w:proofErr w:type="spellEnd"/>
      <w:r w:rsidRPr="00B4526D">
        <w:t xml:space="preserve"> s </w:t>
      </w:r>
      <w:proofErr w:type="spellStart"/>
      <w:r w:rsidRPr="00B4526D">
        <w:t>ťažkými</w:t>
      </w:r>
      <w:proofErr w:type="spellEnd"/>
      <w:r w:rsidRPr="00B4526D">
        <w:t xml:space="preserve"> </w:t>
      </w:r>
      <w:proofErr w:type="spellStart"/>
      <w:r w:rsidRPr="00B4526D">
        <w:t>mechanizmami</w:t>
      </w:r>
      <w:proofErr w:type="spellEnd"/>
      <w:r w:rsidRPr="00B4526D">
        <w:t xml:space="preserve">. </w:t>
      </w:r>
      <w:proofErr w:type="spellStart"/>
      <w:r w:rsidRPr="00B4526D">
        <w:t>Povinné</w:t>
      </w:r>
      <w:proofErr w:type="spellEnd"/>
      <w:r w:rsidRPr="00B4526D">
        <w:t xml:space="preserve"> </w:t>
      </w:r>
      <w:proofErr w:type="spellStart"/>
      <w:r w:rsidRPr="00B4526D">
        <w:t>používanie</w:t>
      </w:r>
      <w:proofErr w:type="spellEnd"/>
      <w:r w:rsidRPr="00B4526D">
        <w:t xml:space="preserve"> OOPP (</w:t>
      </w:r>
      <w:proofErr w:type="spellStart"/>
      <w:r w:rsidRPr="00B4526D">
        <w:t>prilba</w:t>
      </w:r>
      <w:proofErr w:type="spellEnd"/>
      <w:r w:rsidRPr="00B4526D">
        <w:t xml:space="preserve">, </w:t>
      </w:r>
      <w:proofErr w:type="spellStart"/>
      <w:r w:rsidRPr="00B4526D">
        <w:t>reflexná</w:t>
      </w:r>
      <w:proofErr w:type="spellEnd"/>
      <w:r w:rsidRPr="00B4526D">
        <w:t xml:space="preserve"> vesta, </w:t>
      </w:r>
      <w:proofErr w:type="spellStart"/>
      <w:r w:rsidRPr="00B4526D">
        <w:t>bezpečnostná</w:t>
      </w:r>
      <w:proofErr w:type="spellEnd"/>
      <w:r w:rsidRPr="00B4526D">
        <w:t xml:space="preserve"> </w:t>
      </w:r>
      <w:proofErr w:type="spellStart"/>
      <w:r w:rsidRPr="00B4526D">
        <w:t>obuv</w:t>
      </w:r>
      <w:proofErr w:type="spellEnd"/>
      <w:r w:rsidRPr="00B4526D">
        <w:t xml:space="preserve">, </w:t>
      </w:r>
      <w:proofErr w:type="spellStart"/>
      <w:r w:rsidRPr="00B4526D">
        <w:t>postroj</w:t>
      </w:r>
      <w:proofErr w:type="spellEnd"/>
      <w:r w:rsidRPr="00B4526D">
        <w:t xml:space="preserve"> </w:t>
      </w:r>
      <w:proofErr w:type="spellStart"/>
      <w:r w:rsidRPr="00B4526D">
        <w:t>proti</w:t>
      </w:r>
      <w:proofErr w:type="spellEnd"/>
      <w:r w:rsidRPr="00B4526D">
        <w:t xml:space="preserve"> </w:t>
      </w:r>
      <w:proofErr w:type="spellStart"/>
      <w:r w:rsidRPr="00B4526D">
        <w:t>pádu</w:t>
      </w:r>
      <w:proofErr w:type="spellEnd"/>
      <w:r w:rsidRPr="00B4526D">
        <w:t>).</w:t>
      </w:r>
    </w:p>
    <w:p w14:paraId="286A6930" w14:textId="77777777" w:rsidR="009A50AE" w:rsidRPr="00B4526D" w:rsidRDefault="009A50AE" w:rsidP="009A50AE">
      <w:pPr>
        <w:numPr>
          <w:ilvl w:val="0"/>
          <w:numId w:val="13"/>
        </w:numPr>
        <w:spacing w:after="160" w:line="259" w:lineRule="auto"/>
        <w:jc w:val="both"/>
      </w:pPr>
      <w:proofErr w:type="spellStart"/>
      <w:r w:rsidRPr="00B4526D">
        <w:rPr>
          <w:b/>
          <w:bCs/>
        </w:rPr>
        <w:t>Fyzické</w:t>
      </w:r>
      <w:proofErr w:type="spellEnd"/>
      <w:r w:rsidRPr="00B4526D">
        <w:rPr>
          <w:b/>
          <w:bCs/>
        </w:rPr>
        <w:t xml:space="preserve"> </w:t>
      </w:r>
      <w:proofErr w:type="spellStart"/>
      <w:r w:rsidRPr="00B4526D">
        <w:rPr>
          <w:b/>
          <w:bCs/>
        </w:rPr>
        <w:t>nároky</w:t>
      </w:r>
      <w:proofErr w:type="spellEnd"/>
      <w:r w:rsidRPr="00B4526D">
        <w:rPr>
          <w:b/>
          <w:bCs/>
        </w:rPr>
        <w:t>:</w:t>
      </w:r>
      <w:r w:rsidRPr="00B4526D">
        <w:t xml:space="preserve"> </w:t>
      </w:r>
      <w:proofErr w:type="spellStart"/>
      <w:r w:rsidRPr="00B4526D">
        <w:t>Celodenná</w:t>
      </w:r>
      <w:proofErr w:type="spellEnd"/>
      <w:r w:rsidRPr="00B4526D">
        <w:t xml:space="preserve"> </w:t>
      </w:r>
      <w:proofErr w:type="spellStart"/>
      <w:r w:rsidRPr="00B4526D">
        <w:t>práca</w:t>
      </w:r>
      <w:proofErr w:type="spellEnd"/>
      <w:r w:rsidRPr="00B4526D">
        <w:t xml:space="preserve"> </w:t>
      </w:r>
      <w:proofErr w:type="spellStart"/>
      <w:r w:rsidRPr="00B4526D">
        <w:t>na</w:t>
      </w:r>
      <w:proofErr w:type="spellEnd"/>
      <w:r w:rsidRPr="00B4526D">
        <w:t xml:space="preserve"> </w:t>
      </w:r>
      <w:proofErr w:type="spellStart"/>
      <w:r w:rsidRPr="00B4526D">
        <w:t>nohách</w:t>
      </w:r>
      <w:proofErr w:type="spellEnd"/>
      <w:r w:rsidRPr="00B4526D">
        <w:t xml:space="preserve">, </w:t>
      </w:r>
      <w:proofErr w:type="spellStart"/>
      <w:r w:rsidRPr="00B4526D">
        <w:t>manipulácia</w:t>
      </w:r>
      <w:proofErr w:type="spellEnd"/>
      <w:r w:rsidRPr="00B4526D">
        <w:t xml:space="preserve"> s </w:t>
      </w:r>
      <w:proofErr w:type="spellStart"/>
      <w:r w:rsidRPr="00B4526D">
        <w:t>ťažkými</w:t>
      </w:r>
      <w:proofErr w:type="spellEnd"/>
      <w:r w:rsidRPr="00B4526D">
        <w:t xml:space="preserve"> </w:t>
      </w:r>
      <w:proofErr w:type="spellStart"/>
      <w:r w:rsidRPr="00B4526D">
        <w:t>predmetmi</w:t>
      </w:r>
      <w:proofErr w:type="spellEnd"/>
      <w:r w:rsidRPr="00B4526D">
        <w:t xml:space="preserve">, </w:t>
      </w:r>
      <w:proofErr w:type="spellStart"/>
      <w:r w:rsidRPr="00B4526D">
        <w:t>práca</w:t>
      </w:r>
      <w:proofErr w:type="spellEnd"/>
      <w:r w:rsidRPr="00B4526D">
        <w:t xml:space="preserve"> v </w:t>
      </w:r>
      <w:proofErr w:type="spellStart"/>
      <w:r w:rsidRPr="00B4526D">
        <w:t>rôznych</w:t>
      </w:r>
      <w:proofErr w:type="spellEnd"/>
      <w:r w:rsidRPr="00B4526D">
        <w:t xml:space="preserve"> </w:t>
      </w:r>
      <w:proofErr w:type="spellStart"/>
      <w:r w:rsidRPr="00B4526D">
        <w:t>poveternostných</w:t>
      </w:r>
      <w:proofErr w:type="spellEnd"/>
      <w:r w:rsidRPr="00B4526D">
        <w:t xml:space="preserve"> </w:t>
      </w:r>
      <w:proofErr w:type="spellStart"/>
      <w:r w:rsidRPr="00B4526D">
        <w:t>podmienkach</w:t>
      </w:r>
      <w:proofErr w:type="spellEnd"/>
      <w:r w:rsidRPr="00B4526D">
        <w:t xml:space="preserve"> (</w:t>
      </w:r>
      <w:proofErr w:type="spellStart"/>
      <w:r w:rsidRPr="00B4526D">
        <w:t>vonkajšie</w:t>
      </w:r>
      <w:proofErr w:type="spellEnd"/>
      <w:r w:rsidRPr="00B4526D">
        <w:t xml:space="preserve"> </w:t>
      </w:r>
      <w:proofErr w:type="spellStart"/>
      <w:r w:rsidRPr="00B4526D">
        <w:t>montáže</w:t>
      </w:r>
      <w:proofErr w:type="spellEnd"/>
      <w:r w:rsidRPr="00B4526D">
        <w:t>).</w:t>
      </w:r>
    </w:p>
    <w:p w14:paraId="15522185" w14:textId="77777777" w:rsidR="009A50AE" w:rsidRPr="00B4526D" w:rsidRDefault="009A50AE" w:rsidP="009A50AE">
      <w:pPr>
        <w:jc w:val="both"/>
        <w:rPr>
          <w:b/>
          <w:bCs/>
        </w:rPr>
      </w:pPr>
      <w:r w:rsidRPr="00B4526D">
        <w:rPr>
          <w:b/>
          <w:bCs/>
        </w:rPr>
        <w:t xml:space="preserve">6. </w:t>
      </w:r>
      <w:proofErr w:type="spellStart"/>
      <w:r w:rsidRPr="00B4526D">
        <w:rPr>
          <w:b/>
          <w:bCs/>
        </w:rPr>
        <w:t>Osobné</w:t>
      </w:r>
      <w:proofErr w:type="spellEnd"/>
      <w:r w:rsidRPr="00B4526D">
        <w:rPr>
          <w:b/>
          <w:bCs/>
        </w:rPr>
        <w:t xml:space="preserve"> </w:t>
      </w:r>
      <w:proofErr w:type="spellStart"/>
      <w:r w:rsidRPr="00B4526D">
        <w:rPr>
          <w:b/>
          <w:bCs/>
        </w:rPr>
        <w:t>vlastnosti</w:t>
      </w:r>
      <w:proofErr w:type="spellEnd"/>
    </w:p>
    <w:p w14:paraId="0ADC9EF2" w14:textId="77777777" w:rsidR="009A50AE" w:rsidRPr="00B4526D" w:rsidRDefault="009A50AE" w:rsidP="009A50AE">
      <w:pPr>
        <w:numPr>
          <w:ilvl w:val="0"/>
          <w:numId w:val="14"/>
        </w:numPr>
        <w:spacing w:after="160" w:line="259" w:lineRule="auto"/>
        <w:jc w:val="both"/>
      </w:pPr>
      <w:proofErr w:type="spellStart"/>
      <w:r w:rsidRPr="00B4526D">
        <w:rPr>
          <w:b/>
          <w:bCs/>
        </w:rPr>
        <w:t>Spoľahlivosť</w:t>
      </w:r>
      <w:proofErr w:type="spellEnd"/>
      <w:r w:rsidRPr="00B4526D">
        <w:rPr>
          <w:b/>
          <w:bCs/>
        </w:rPr>
        <w:t xml:space="preserve"> a </w:t>
      </w:r>
      <w:proofErr w:type="spellStart"/>
      <w:r w:rsidRPr="00B4526D">
        <w:rPr>
          <w:b/>
          <w:bCs/>
        </w:rPr>
        <w:t>zodpovednosť</w:t>
      </w:r>
      <w:proofErr w:type="spellEnd"/>
      <w:r w:rsidRPr="00B4526D">
        <w:rPr>
          <w:b/>
          <w:bCs/>
        </w:rPr>
        <w:t>:</w:t>
      </w:r>
      <w:r w:rsidRPr="00B4526D">
        <w:t xml:space="preserve"> </w:t>
      </w:r>
      <w:proofErr w:type="spellStart"/>
      <w:r w:rsidRPr="00B4526D">
        <w:t>Schopnosť</w:t>
      </w:r>
      <w:proofErr w:type="spellEnd"/>
      <w:r w:rsidRPr="00B4526D">
        <w:t xml:space="preserve"> </w:t>
      </w:r>
      <w:proofErr w:type="spellStart"/>
      <w:r w:rsidRPr="00B4526D">
        <w:t>dodržiavať</w:t>
      </w:r>
      <w:proofErr w:type="spellEnd"/>
      <w:r w:rsidRPr="00B4526D">
        <w:t xml:space="preserve"> </w:t>
      </w:r>
      <w:proofErr w:type="spellStart"/>
      <w:r w:rsidRPr="00B4526D">
        <w:t>harmonogramy</w:t>
      </w:r>
      <w:proofErr w:type="spellEnd"/>
      <w:r w:rsidRPr="00B4526D">
        <w:t xml:space="preserve"> </w:t>
      </w:r>
      <w:proofErr w:type="spellStart"/>
      <w:r w:rsidRPr="00B4526D">
        <w:t>montážnych</w:t>
      </w:r>
      <w:proofErr w:type="spellEnd"/>
      <w:r w:rsidRPr="00B4526D">
        <w:t xml:space="preserve"> </w:t>
      </w:r>
      <w:proofErr w:type="spellStart"/>
      <w:r w:rsidRPr="00B4526D">
        <w:t>prác</w:t>
      </w:r>
      <w:proofErr w:type="spellEnd"/>
      <w:r w:rsidRPr="00B4526D">
        <w:t xml:space="preserve"> a </w:t>
      </w:r>
      <w:proofErr w:type="spellStart"/>
      <w:r w:rsidRPr="00B4526D">
        <w:t>dbať</w:t>
      </w:r>
      <w:proofErr w:type="spellEnd"/>
      <w:r w:rsidRPr="00B4526D">
        <w:t xml:space="preserve"> </w:t>
      </w:r>
      <w:proofErr w:type="spellStart"/>
      <w:r w:rsidRPr="00B4526D">
        <w:t>na</w:t>
      </w:r>
      <w:proofErr w:type="spellEnd"/>
      <w:r w:rsidRPr="00B4526D">
        <w:t xml:space="preserve"> </w:t>
      </w:r>
      <w:proofErr w:type="spellStart"/>
      <w:r w:rsidRPr="00B4526D">
        <w:t>bezpečnosť</w:t>
      </w:r>
      <w:proofErr w:type="spellEnd"/>
      <w:r w:rsidRPr="00B4526D">
        <w:t xml:space="preserve"> </w:t>
      </w:r>
      <w:proofErr w:type="spellStart"/>
      <w:r w:rsidRPr="00B4526D">
        <w:t>vlastnú</w:t>
      </w:r>
      <w:proofErr w:type="spellEnd"/>
      <w:r w:rsidRPr="00B4526D">
        <w:t xml:space="preserve"> </w:t>
      </w:r>
      <w:proofErr w:type="spellStart"/>
      <w:r w:rsidRPr="00B4526D">
        <w:t>aj</w:t>
      </w:r>
      <w:proofErr w:type="spellEnd"/>
      <w:r w:rsidRPr="00B4526D">
        <w:t xml:space="preserve"> </w:t>
      </w:r>
      <w:proofErr w:type="spellStart"/>
      <w:r w:rsidRPr="00B4526D">
        <w:t>svojich</w:t>
      </w:r>
      <w:proofErr w:type="spellEnd"/>
      <w:r w:rsidRPr="00B4526D">
        <w:t xml:space="preserve"> </w:t>
      </w:r>
      <w:proofErr w:type="spellStart"/>
      <w:r w:rsidRPr="00B4526D">
        <w:t>kolegov</w:t>
      </w:r>
      <w:proofErr w:type="spellEnd"/>
      <w:r w:rsidRPr="00B4526D">
        <w:t>.</w:t>
      </w:r>
    </w:p>
    <w:p w14:paraId="4CCA6329" w14:textId="77777777" w:rsidR="009A50AE" w:rsidRPr="00B4526D" w:rsidRDefault="009A50AE" w:rsidP="009A50AE">
      <w:pPr>
        <w:numPr>
          <w:ilvl w:val="0"/>
          <w:numId w:val="14"/>
        </w:numPr>
        <w:spacing w:after="160" w:line="259" w:lineRule="auto"/>
        <w:jc w:val="both"/>
      </w:pPr>
      <w:proofErr w:type="spellStart"/>
      <w:r w:rsidRPr="00B4526D">
        <w:rPr>
          <w:b/>
          <w:bCs/>
        </w:rPr>
        <w:t>Tímový</w:t>
      </w:r>
      <w:proofErr w:type="spellEnd"/>
      <w:r w:rsidRPr="00B4526D">
        <w:rPr>
          <w:b/>
          <w:bCs/>
        </w:rPr>
        <w:t xml:space="preserve"> </w:t>
      </w:r>
      <w:proofErr w:type="spellStart"/>
      <w:r w:rsidRPr="00B4526D">
        <w:rPr>
          <w:b/>
          <w:bCs/>
        </w:rPr>
        <w:t>hráč</w:t>
      </w:r>
      <w:proofErr w:type="spellEnd"/>
      <w:r w:rsidRPr="00B4526D">
        <w:rPr>
          <w:b/>
          <w:bCs/>
        </w:rPr>
        <w:t>:</w:t>
      </w:r>
      <w:r w:rsidRPr="00B4526D">
        <w:t xml:space="preserve"> </w:t>
      </w:r>
      <w:proofErr w:type="spellStart"/>
      <w:r w:rsidRPr="00B4526D">
        <w:t>Dobré</w:t>
      </w:r>
      <w:proofErr w:type="spellEnd"/>
      <w:r w:rsidRPr="00B4526D">
        <w:t xml:space="preserve"> </w:t>
      </w:r>
      <w:proofErr w:type="spellStart"/>
      <w:r w:rsidRPr="00B4526D">
        <w:t>komunikačné</w:t>
      </w:r>
      <w:proofErr w:type="spellEnd"/>
      <w:r w:rsidRPr="00B4526D">
        <w:t xml:space="preserve"> </w:t>
      </w:r>
      <w:proofErr w:type="spellStart"/>
      <w:r w:rsidRPr="00B4526D">
        <w:t>schopnosti</w:t>
      </w:r>
      <w:proofErr w:type="spellEnd"/>
      <w:r w:rsidRPr="00B4526D">
        <w:t xml:space="preserve"> a </w:t>
      </w:r>
      <w:proofErr w:type="spellStart"/>
      <w:r w:rsidRPr="00B4526D">
        <w:t>schopnosť</w:t>
      </w:r>
      <w:proofErr w:type="spellEnd"/>
      <w:r w:rsidRPr="00B4526D">
        <w:t xml:space="preserve"> </w:t>
      </w:r>
      <w:proofErr w:type="spellStart"/>
      <w:r w:rsidRPr="00B4526D">
        <w:t>efektívne</w:t>
      </w:r>
      <w:proofErr w:type="spellEnd"/>
      <w:r w:rsidRPr="00B4526D">
        <w:t xml:space="preserve"> </w:t>
      </w:r>
      <w:proofErr w:type="spellStart"/>
      <w:r w:rsidRPr="00B4526D">
        <w:t>spolupracovať</w:t>
      </w:r>
      <w:proofErr w:type="spellEnd"/>
      <w:r w:rsidRPr="00B4526D">
        <w:t xml:space="preserve"> s </w:t>
      </w:r>
      <w:proofErr w:type="spellStart"/>
      <w:r w:rsidRPr="00B4526D">
        <w:t>ostatnými</w:t>
      </w:r>
      <w:proofErr w:type="spellEnd"/>
      <w:r w:rsidRPr="00B4526D">
        <w:t xml:space="preserve"> </w:t>
      </w:r>
      <w:proofErr w:type="spellStart"/>
      <w:r w:rsidRPr="00B4526D">
        <w:t>členmi</w:t>
      </w:r>
      <w:proofErr w:type="spellEnd"/>
      <w:r w:rsidRPr="00B4526D">
        <w:t xml:space="preserve"> </w:t>
      </w:r>
      <w:proofErr w:type="spellStart"/>
      <w:r w:rsidRPr="00B4526D">
        <w:t>montážnej</w:t>
      </w:r>
      <w:proofErr w:type="spellEnd"/>
      <w:r w:rsidRPr="00B4526D">
        <w:t xml:space="preserve"> </w:t>
      </w:r>
      <w:proofErr w:type="spellStart"/>
      <w:r w:rsidRPr="00B4526D">
        <w:t>čaty</w:t>
      </w:r>
      <w:proofErr w:type="spellEnd"/>
      <w:r w:rsidRPr="00B4526D">
        <w:t xml:space="preserve">, </w:t>
      </w:r>
      <w:proofErr w:type="spellStart"/>
      <w:r w:rsidRPr="00B4526D">
        <w:t>majstrami</w:t>
      </w:r>
      <w:proofErr w:type="spellEnd"/>
      <w:r w:rsidRPr="00B4526D">
        <w:t xml:space="preserve"> a </w:t>
      </w:r>
      <w:proofErr w:type="spellStart"/>
      <w:r w:rsidRPr="00B4526D">
        <w:t>subdodávateľmi</w:t>
      </w:r>
      <w:proofErr w:type="spellEnd"/>
      <w:r w:rsidRPr="00B4526D">
        <w:t>.</w:t>
      </w:r>
    </w:p>
    <w:p w14:paraId="0B4AED0C" w14:textId="77777777" w:rsidR="009A50AE" w:rsidRPr="00B4526D" w:rsidRDefault="009A50AE" w:rsidP="009A50AE">
      <w:pPr>
        <w:numPr>
          <w:ilvl w:val="0"/>
          <w:numId w:val="14"/>
        </w:numPr>
        <w:spacing w:after="160" w:line="259" w:lineRule="auto"/>
        <w:jc w:val="both"/>
      </w:pPr>
      <w:proofErr w:type="spellStart"/>
      <w:r w:rsidRPr="00B4526D">
        <w:rPr>
          <w:b/>
          <w:bCs/>
        </w:rPr>
        <w:lastRenderedPageBreak/>
        <w:t>Flexibilita</w:t>
      </w:r>
      <w:proofErr w:type="spellEnd"/>
      <w:r w:rsidRPr="00B4526D">
        <w:rPr>
          <w:b/>
          <w:bCs/>
        </w:rPr>
        <w:t xml:space="preserve"> a </w:t>
      </w:r>
      <w:proofErr w:type="spellStart"/>
      <w:r w:rsidRPr="00B4526D">
        <w:rPr>
          <w:b/>
          <w:bCs/>
        </w:rPr>
        <w:t>prispôsobivosť</w:t>
      </w:r>
      <w:proofErr w:type="spellEnd"/>
      <w:r w:rsidRPr="00B4526D">
        <w:rPr>
          <w:b/>
          <w:bCs/>
        </w:rPr>
        <w:t>:</w:t>
      </w:r>
      <w:r w:rsidRPr="00B4526D">
        <w:t xml:space="preserve"> </w:t>
      </w:r>
      <w:proofErr w:type="spellStart"/>
      <w:r w:rsidRPr="00B4526D">
        <w:t>Ochota</w:t>
      </w:r>
      <w:proofErr w:type="spellEnd"/>
      <w:r w:rsidRPr="00B4526D">
        <w:t xml:space="preserve"> </w:t>
      </w:r>
      <w:proofErr w:type="spellStart"/>
      <w:r w:rsidRPr="00B4526D">
        <w:t>cestovať</w:t>
      </w:r>
      <w:proofErr w:type="spellEnd"/>
      <w:r w:rsidRPr="00B4526D">
        <w:t xml:space="preserve"> za </w:t>
      </w:r>
      <w:proofErr w:type="spellStart"/>
      <w:r w:rsidRPr="00B4526D">
        <w:t>prácou</w:t>
      </w:r>
      <w:proofErr w:type="spellEnd"/>
      <w:r w:rsidRPr="00B4526D">
        <w:t xml:space="preserve">, </w:t>
      </w:r>
      <w:proofErr w:type="spellStart"/>
      <w:r w:rsidRPr="00B4526D">
        <w:t>pracovať</w:t>
      </w:r>
      <w:proofErr w:type="spellEnd"/>
      <w:r w:rsidRPr="00B4526D">
        <w:t xml:space="preserve"> </w:t>
      </w:r>
      <w:proofErr w:type="spellStart"/>
      <w:r w:rsidRPr="00B4526D">
        <w:t>nadčasy</w:t>
      </w:r>
      <w:proofErr w:type="spellEnd"/>
      <w:r w:rsidRPr="00B4526D">
        <w:t xml:space="preserve"> </w:t>
      </w:r>
      <w:proofErr w:type="spellStart"/>
      <w:r w:rsidRPr="00B4526D">
        <w:t>alebo</w:t>
      </w:r>
      <w:proofErr w:type="spellEnd"/>
      <w:r w:rsidRPr="00B4526D">
        <w:t xml:space="preserve"> v </w:t>
      </w:r>
      <w:proofErr w:type="spellStart"/>
      <w:r w:rsidRPr="00B4526D">
        <w:t>prípade</w:t>
      </w:r>
      <w:proofErr w:type="spellEnd"/>
      <w:r w:rsidRPr="00B4526D">
        <w:t xml:space="preserve"> </w:t>
      </w:r>
      <w:proofErr w:type="spellStart"/>
      <w:r w:rsidRPr="00B4526D">
        <w:t>potreby</w:t>
      </w:r>
      <w:proofErr w:type="spellEnd"/>
      <w:r w:rsidRPr="00B4526D">
        <w:t xml:space="preserve"> v </w:t>
      </w:r>
      <w:proofErr w:type="spellStart"/>
      <w:r w:rsidRPr="00B4526D">
        <w:t>zmennej</w:t>
      </w:r>
      <w:proofErr w:type="spellEnd"/>
      <w:r w:rsidRPr="00B4526D">
        <w:t xml:space="preserve"> </w:t>
      </w:r>
      <w:proofErr w:type="spellStart"/>
      <w:r w:rsidRPr="00B4526D">
        <w:t>prevádzke</w:t>
      </w:r>
      <w:proofErr w:type="spellEnd"/>
      <w:r w:rsidRPr="00B4526D">
        <w:t xml:space="preserve"> </w:t>
      </w:r>
      <w:proofErr w:type="spellStart"/>
      <w:r w:rsidRPr="00B4526D">
        <w:t>podľa</w:t>
      </w:r>
      <w:proofErr w:type="spellEnd"/>
      <w:r w:rsidRPr="00B4526D">
        <w:t xml:space="preserve"> </w:t>
      </w:r>
      <w:proofErr w:type="spellStart"/>
      <w:r w:rsidRPr="00B4526D">
        <w:t>aktuálnych</w:t>
      </w:r>
      <w:proofErr w:type="spellEnd"/>
      <w:r w:rsidRPr="00B4526D">
        <w:t xml:space="preserve"> </w:t>
      </w:r>
      <w:proofErr w:type="spellStart"/>
      <w:r w:rsidRPr="00B4526D">
        <w:t>potrieb</w:t>
      </w:r>
      <w:proofErr w:type="spellEnd"/>
      <w:r w:rsidRPr="00B4526D">
        <w:t xml:space="preserve"> </w:t>
      </w:r>
      <w:proofErr w:type="spellStart"/>
      <w:r w:rsidRPr="00B4526D">
        <w:t>projektu</w:t>
      </w:r>
      <w:proofErr w:type="spellEnd"/>
      <w:r w:rsidRPr="00B4526D">
        <w:t>.</w:t>
      </w:r>
    </w:p>
    <w:p w14:paraId="54748DF8" w14:textId="77777777" w:rsidR="009A50AE" w:rsidRPr="00B4526D" w:rsidRDefault="009A50AE" w:rsidP="009A50AE">
      <w:pPr>
        <w:numPr>
          <w:ilvl w:val="0"/>
          <w:numId w:val="14"/>
        </w:numPr>
        <w:spacing w:after="160" w:line="259" w:lineRule="auto"/>
        <w:jc w:val="both"/>
      </w:pPr>
      <w:proofErr w:type="spellStart"/>
      <w:r w:rsidRPr="00B4526D">
        <w:rPr>
          <w:b/>
          <w:bCs/>
        </w:rPr>
        <w:t>Odolnosť</w:t>
      </w:r>
      <w:proofErr w:type="spellEnd"/>
      <w:r w:rsidRPr="00B4526D">
        <w:rPr>
          <w:b/>
          <w:bCs/>
        </w:rPr>
        <w:t xml:space="preserve"> </w:t>
      </w:r>
      <w:proofErr w:type="spellStart"/>
      <w:r w:rsidRPr="00B4526D">
        <w:rPr>
          <w:b/>
          <w:bCs/>
        </w:rPr>
        <w:t>voči</w:t>
      </w:r>
      <w:proofErr w:type="spellEnd"/>
      <w:r w:rsidRPr="00B4526D">
        <w:rPr>
          <w:b/>
          <w:bCs/>
        </w:rPr>
        <w:t xml:space="preserve"> </w:t>
      </w:r>
      <w:proofErr w:type="spellStart"/>
      <w:r w:rsidRPr="00B4526D">
        <w:rPr>
          <w:b/>
          <w:bCs/>
        </w:rPr>
        <w:t>stresu</w:t>
      </w:r>
      <w:proofErr w:type="spellEnd"/>
      <w:r w:rsidRPr="00B4526D">
        <w:rPr>
          <w:b/>
          <w:bCs/>
        </w:rPr>
        <w:t>:</w:t>
      </w:r>
      <w:r w:rsidRPr="00B4526D">
        <w:t xml:space="preserve"> </w:t>
      </w:r>
      <w:proofErr w:type="spellStart"/>
      <w:r w:rsidRPr="00B4526D">
        <w:t>Schopnosť</w:t>
      </w:r>
      <w:proofErr w:type="spellEnd"/>
      <w:r w:rsidRPr="00B4526D">
        <w:t xml:space="preserve"> </w:t>
      </w:r>
      <w:proofErr w:type="spellStart"/>
      <w:r w:rsidRPr="00B4526D">
        <w:t>zachovať</w:t>
      </w:r>
      <w:proofErr w:type="spellEnd"/>
      <w:r w:rsidRPr="00B4526D">
        <w:t xml:space="preserve"> </w:t>
      </w:r>
      <w:proofErr w:type="spellStart"/>
      <w:r w:rsidRPr="00B4526D">
        <w:t>pokoj</w:t>
      </w:r>
      <w:proofErr w:type="spellEnd"/>
      <w:r w:rsidRPr="00B4526D">
        <w:t xml:space="preserve"> a </w:t>
      </w:r>
      <w:proofErr w:type="spellStart"/>
      <w:r w:rsidRPr="00B4526D">
        <w:t>logicky</w:t>
      </w:r>
      <w:proofErr w:type="spellEnd"/>
      <w:r w:rsidRPr="00B4526D">
        <w:t xml:space="preserve"> </w:t>
      </w:r>
      <w:proofErr w:type="spellStart"/>
      <w:r w:rsidRPr="00B4526D">
        <w:t>uvažovať</w:t>
      </w:r>
      <w:proofErr w:type="spellEnd"/>
      <w:r w:rsidRPr="00B4526D">
        <w:t xml:space="preserve"> </w:t>
      </w:r>
      <w:proofErr w:type="spellStart"/>
      <w:r w:rsidRPr="00B4526D">
        <w:t>pri</w:t>
      </w:r>
      <w:proofErr w:type="spellEnd"/>
      <w:r w:rsidRPr="00B4526D">
        <w:t xml:space="preserve"> </w:t>
      </w:r>
      <w:proofErr w:type="spellStart"/>
      <w:r w:rsidRPr="00B4526D">
        <w:t>riešení</w:t>
      </w:r>
      <w:proofErr w:type="spellEnd"/>
      <w:r w:rsidRPr="00B4526D">
        <w:t xml:space="preserve"> </w:t>
      </w:r>
      <w:proofErr w:type="spellStart"/>
      <w:r w:rsidRPr="00B4526D">
        <w:t>nečakaných</w:t>
      </w:r>
      <w:proofErr w:type="spellEnd"/>
      <w:r w:rsidRPr="00B4526D">
        <w:t xml:space="preserve"> </w:t>
      </w:r>
      <w:proofErr w:type="spellStart"/>
      <w:r w:rsidRPr="00B4526D">
        <w:t>komplikácií</w:t>
      </w:r>
      <w:proofErr w:type="spellEnd"/>
      <w:r w:rsidRPr="00B4526D">
        <w:t xml:space="preserve"> </w:t>
      </w:r>
      <w:proofErr w:type="spellStart"/>
      <w:r w:rsidRPr="00B4526D">
        <w:t>na</w:t>
      </w:r>
      <w:proofErr w:type="spellEnd"/>
      <w:r w:rsidRPr="00B4526D">
        <w:t xml:space="preserve"> </w:t>
      </w:r>
      <w:proofErr w:type="spellStart"/>
      <w:r w:rsidRPr="00B4526D">
        <w:t>stavbe</w:t>
      </w:r>
      <w:proofErr w:type="spellEnd"/>
      <w:r w:rsidRPr="00B4526D">
        <w:t>.</w:t>
      </w:r>
    </w:p>
    <w:p w14:paraId="16774E2B" w14:textId="77777777" w:rsidR="009A50AE" w:rsidRPr="00B4526D" w:rsidRDefault="009A50AE" w:rsidP="009A50AE">
      <w:pPr>
        <w:jc w:val="both"/>
        <w:rPr>
          <w:b/>
          <w:bCs/>
        </w:rPr>
      </w:pPr>
      <w:r w:rsidRPr="00B4526D">
        <w:rPr>
          <w:b/>
          <w:bCs/>
        </w:rPr>
        <w:t xml:space="preserve">7. </w:t>
      </w:r>
      <w:proofErr w:type="spellStart"/>
      <w:r w:rsidRPr="00B4526D">
        <w:rPr>
          <w:b/>
          <w:bCs/>
        </w:rPr>
        <w:t>Výhody</w:t>
      </w:r>
      <w:proofErr w:type="spellEnd"/>
      <w:r w:rsidRPr="00B4526D">
        <w:rPr>
          <w:b/>
          <w:bCs/>
        </w:rPr>
        <w:t xml:space="preserve"> a </w:t>
      </w:r>
      <w:proofErr w:type="spellStart"/>
      <w:r w:rsidRPr="00B4526D">
        <w:rPr>
          <w:b/>
          <w:bCs/>
        </w:rPr>
        <w:t>benefity</w:t>
      </w:r>
      <w:proofErr w:type="spellEnd"/>
    </w:p>
    <w:p w14:paraId="79FE90BF" w14:textId="77777777" w:rsidR="009A50AE" w:rsidRPr="00B4526D" w:rsidRDefault="009A50AE" w:rsidP="009A50AE">
      <w:pPr>
        <w:numPr>
          <w:ilvl w:val="0"/>
          <w:numId w:val="15"/>
        </w:numPr>
        <w:spacing w:after="160" w:line="259" w:lineRule="auto"/>
        <w:jc w:val="both"/>
      </w:pPr>
      <w:proofErr w:type="spellStart"/>
      <w:r w:rsidRPr="00B4526D">
        <w:t>Stabilné</w:t>
      </w:r>
      <w:proofErr w:type="spellEnd"/>
      <w:r w:rsidRPr="00B4526D">
        <w:t xml:space="preserve"> </w:t>
      </w:r>
      <w:proofErr w:type="spellStart"/>
      <w:r w:rsidRPr="00B4526D">
        <w:t>zamestnanie</w:t>
      </w:r>
      <w:proofErr w:type="spellEnd"/>
      <w:r w:rsidRPr="00B4526D">
        <w:t xml:space="preserve"> </w:t>
      </w:r>
    </w:p>
    <w:p w14:paraId="3603FA61" w14:textId="77777777" w:rsidR="009A50AE" w:rsidRPr="00B4526D" w:rsidRDefault="009A50AE" w:rsidP="009A50AE">
      <w:pPr>
        <w:numPr>
          <w:ilvl w:val="0"/>
          <w:numId w:val="15"/>
        </w:numPr>
        <w:spacing w:after="160" w:line="259" w:lineRule="auto"/>
        <w:jc w:val="both"/>
      </w:pPr>
      <w:proofErr w:type="spellStart"/>
      <w:r w:rsidRPr="00B4526D">
        <w:t>Atraktívne</w:t>
      </w:r>
      <w:proofErr w:type="spellEnd"/>
      <w:r w:rsidRPr="00B4526D">
        <w:t xml:space="preserve"> </w:t>
      </w:r>
      <w:proofErr w:type="spellStart"/>
      <w:r w:rsidRPr="00B4526D">
        <w:t>finančné</w:t>
      </w:r>
      <w:proofErr w:type="spellEnd"/>
      <w:r w:rsidRPr="00B4526D">
        <w:t xml:space="preserve"> </w:t>
      </w:r>
      <w:proofErr w:type="spellStart"/>
      <w:r w:rsidRPr="00B4526D">
        <w:t>ohodnotenie</w:t>
      </w:r>
      <w:proofErr w:type="spellEnd"/>
      <w:r w:rsidRPr="00B4526D">
        <w:t xml:space="preserve"> </w:t>
      </w:r>
      <w:proofErr w:type="spellStart"/>
      <w:r w:rsidRPr="00B4526D">
        <w:t>motivujúce</w:t>
      </w:r>
      <w:proofErr w:type="spellEnd"/>
      <w:r w:rsidRPr="00B4526D">
        <w:t xml:space="preserve"> k </w:t>
      </w:r>
      <w:proofErr w:type="spellStart"/>
      <w:r w:rsidRPr="00B4526D">
        <w:t>výkonu</w:t>
      </w:r>
      <w:proofErr w:type="spellEnd"/>
      <w:r w:rsidRPr="00B4526D">
        <w:t xml:space="preserve">, </w:t>
      </w:r>
      <w:proofErr w:type="spellStart"/>
      <w:r w:rsidRPr="00B4526D">
        <w:t>vrátane</w:t>
      </w:r>
      <w:proofErr w:type="spellEnd"/>
      <w:r w:rsidRPr="00C777DF">
        <w:rPr>
          <w:b/>
          <w:bCs/>
        </w:rPr>
        <w:t xml:space="preserve"> za </w:t>
      </w:r>
      <w:proofErr w:type="spellStart"/>
      <w:r w:rsidRPr="00C777DF">
        <w:rPr>
          <w:b/>
          <w:bCs/>
        </w:rPr>
        <w:t>prácu</w:t>
      </w:r>
      <w:proofErr w:type="spellEnd"/>
      <w:r w:rsidRPr="00C777DF">
        <w:rPr>
          <w:b/>
          <w:bCs/>
        </w:rPr>
        <w:t xml:space="preserve"> </w:t>
      </w:r>
      <w:proofErr w:type="spellStart"/>
      <w:r w:rsidRPr="00C777DF">
        <w:rPr>
          <w:b/>
          <w:bCs/>
        </w:rPr>
        <w:t>nadčasy</w:t>
      </w:r>
      <w:proofErr w:type="spellEnd"/>
      <w:r w:rsidRPr="00C777DF">
        <w:rPr>
          <w:b/>
          <w:bCs/>
        </w:rPr>
        <w:t xml:space="preserve"> </w:t>
      </w:r>
      <w:proofErr w:type="spellStart"/>
      <w:r w:rsidRPr="00C777DF">
        <w:rPr>
          <w:b/>
          <w:bCs/>
        </w:rPr>
        <w:t>alebo</w:t>
      </w:r>
      <w:proofErr w:type="spellEnd"/>
      <w:r w:rsidRPr="00C777DF">
        <w:rPr>
          <w:b/>
          <w:bCs/>
        </w:rPr>
        <w:t xml:space="preserve"> </w:t>
      </w:r>
      <w:proofErr w:type="spellStart"/>
      <w:r w:rsidRPr="00C777DF">
        <w:rPr>
          <w:b/>
          <w:bCs/>
        </w:rPr>
        <w:t>cez</w:t>
      </w:r>
      <w:proofErr w:type="spellEnd"/>
      <w:r w:rsidRPr="00C777DF">
        <w:rPr>
          <w:b/>
          <w:bCs/>
        </w:rPr>
        <w:t xml:space="preserve"> </w:t>
      </w:r>
      <w:proofErr w:type="spellStart"/>
      <w:r w:rsidRPr="00C777DF">
        <w:rPr>
          <w:b/>
          <w:bCs/>
        </w:rPr>
        <w:t>víkendy</w:t>
      </w:r>
      <w:proofErr w:type="spellEnd"/>
      <w:r w:rsidRPr="00C777DF">
        <w:rPr>
          <w:b/>
          <w:bCs/>
        </w:rPr>
        <w:t>.</w:t>
      </w:r>
    </w:p>
    <w:p w14:paraId="51A932FB" w14:textId="77777777" w:rsidR="009A50AE" w:rsidRPr="00B4526D" w:rsidRDefault="009A50AE" w:rsidP="009A50AE">
      <w:pPr>
        <w:numPr>
          <w:ilvl w:val="0"/>
          <w:numId w:val="15"/>
        </w:numPr>
        <w:spacing w:after="160" w:line="259" w:lineRule="auto"/>
        <w:jc w:val="both"/>
      </w:pPr>
      <w:proofErr w:type="spellStart"/>
      <w:r w:rsidRPr="00C777DF">
        <w:rPr>
          <w:b/>
          <w:bCs/>
        </w:rPr>
        <w:t>Zabezpečené</w:t>
      </w:r>
      <w:proofErr w:type="spellEnd"/>
      <w:r w:rsidRPr="00C777DF">
        <w:rPr>
          <w:b/>
          <w:bCs/>
        </w:rPr>
        <w:t xml:space="preserve"> </w:t>
      </w:r>
      <w:proofErr w:type="spellStart"/>
      <w:r w:rsidRPr="00C777DF">
        <w:rPr>
          <w:b/>
          <w:bCs/>
        </w:rPr>
        <w:t>ubytovanie</w:t>
      </w:r>
      <w:proofErr w:type="spellEnd"/>
      <w:r w:rsidRPr="00B4526D">
        <w:t xml:space="preserve"> (</w:t>
      </w:r>
      <w:proofErr w:type="spellStart"/>
      <w:r w:rsidRPr="00B4526D">
        <w:t>príp</w:t>
      </w:r>
      <w:proofErr w:type="spellEnd"/>
      <w:r w:rsidRPr="00B4526D">
        <w:t xml:space="preserve">. </w:t>
      </w:r>
      <w:proofErr w:type="spellStart"/>
      <w:r w:rsidRPr="00B4526D">
        <w:t>príspevok</w:t>
      </w:r>
      <w:proofErr w:type="spellEnd"/>
      <w:r w:rsidRPr="00B4526D">
        <w:t xml:space="preserve"> </w:t>
      </w:r>
      <w:proofErr w:type="spellStart"/>
      <w:r w:rsidRPr="00B4526D">
        <w:t>na</w:t>
      </w:r>
      <w:proofErr w:type="spellEnd"/>
      <w:r w:rsidRPr="00B4526D">
        <w:t xml:space="preserve"> </w:t>
      </w:r>
      <w:proofErr w:type="spellStart"/>
      <w:r w:rsidRPr="00B4526D">
        <w:t>ubytovanie</w:t>
      </w:r>
      <w:proofErr w:type="spellEnd"/>
      <w:r w:rsidRPr="00B4526D">
        <w:t xml:space="preserve">) a </w:t>
      </w:r>
      <w:proofErr w:type="spellStart"/>
      <w:r w:rsidRPr="00B4526D">
        <w:t>firemná</w:t>
      </w:r>
      <w:proofErr w:type="spellEnd"/>
      <w:r w:rsidRPr="00B4526D">
        <w:t xml:space="preserve"> </w:t>
      </w:r>
      <w:proofErr w:type="spellStart"/>
      <w:r w:rsidRPr="00C777DF">
        <w:rPr>
          <w:b/>
          <w:bCs/>
        </w:rPr>
        <w:t>doprava</w:t>
      </w:r>
      <w:proofErr w:type="spellEnd"/>
      <w:r w:rsidRPr="00B4526D">
        <w:t>.</w:t>
      </w:r>
    </w:p>
    <w:p w14:paraId="6315958F" w14:textId="77777777" w:rsidR="009A50AE" w:rsidRPr="00B4526D" w:rsidRDefault="009A50AE" w:rsidP="009A50AE">
      <w:pPr>
        <w:numPr>
          <w:ilvl w:val="0"/>
          <w:numId w:val="15"/>
        </w:numPr>
        <w:spacing w:after="160" w:line="259" w:lineRule="auto"/>
        <w:jc w:val="both"/>
      </w:pPr>
      <w:proofErr w:type="spellStart"/>
      <w:r w:rsidRPr="00B4526D">
        <w:t>Poskytnutie</w:t>
      </w:r>
      <w:proofErr w:type="spellEnd"/>
      <w:r w:rsidRPr="00B4526D">
        <w:t xml:space="preserve"> </w:t>
      </w:r>
      <w:proofErr w:type="spellStart"/>
      <w:r w:rsidRPr="00B4526D">
        <w:t>kvalitného</w:t>
      </w:r>
      <w:proofErr w:type="spellEnd"/>
      <w:r w:rsidRPr="00B4526D">
        <w:t xml:space="preserve"> </w:t>
      </w:r>
      <w:proofErr w:type="spellStart"/>
      <w:r w:rsidRPr="00B4526D">
        <w:t>pracovného</w:t>
      </w:r>
      <w:proofErr w:type="spellEnd"/>
      <w:r w:rsidRPr="00B4526D">
        <w:t xml:space="preserve"> </w:t>
      </w:r>
      <w:proofErr w:type="spellStart"/>
      <w:r w:rsidRPr="00B4526D">
        <w:t>oblečenia</w:t>
      </w:r>
      <w:proofErr w:type="spellEnd"/>
      <w:r w:rsidRPr="00B4526D">
        <w:t xml:space="preserve">, </w:t>
      </w:r>
      <w:proofErr w:type="spellStart"/>
      <w:r w:rsidRPr="00B4526D">
        <w:t>ochranných</w:t>
      </w:r>
      <w:proofErr w:type="spellEnd"/>
      <w:r w:rsidRPr="00B4526D">
        <w:t xml:space="preserve"> </w:t>
      </w:r>
      <w:proofErr w:type="spellStart"/>
      <w:r w:rsidRPr="00B4526D">
        <w:t>pomôcok</w:t>
      </w:r>
      <w:proofErr w:type="spellEnd"/>
      <w:r w:rsidRPr="00B4526D">
        <w:t xml:space="preserve"> a </w:t>
      </w:r>
      <w:proofErr w:type="spellStart"/>
      <w:r w:rsidRPr="00B4526D">
        <w:t>moderného</w:t>
      </w:r>
      <w:proofErr w:type="spellEnd"/>
      <w:r w:rsidRPr="00B4526D">
        <w:t xml:space="preserve"> </w:t>
      </w:r>
      <w:proofErr w:type="spellStart"/>
      <w:r w:rsidRPr="00B4526D">
        <w:t>náradia</w:t>
      </w:r>
      <w:proofErr w:type="spellEnd"/>
      <w:r w:rsidRPr="00B4526D">
        <w:t>.</w:t>
      </w:r>
    </w:p>
    <w:p w14:paraId="4E1768A3" w14:textId="77777777" w:rsidR="009A50AE" w:rsidRDefault="009A50AE" w:rsidP="009A50AE">
      <w:pPr>
        <w:numPr>
          <w:ilvl w:val="0"/>
          <w:numId w:val="15"/>
        </w:numPr>
        <w:spacing w:after="160" w:line="259" w:lineRule="auto"/>
        <w:jc w:val="both"/>
      </w:pPr>
      <w:proofErr w:type="spellStart"/>
      <w:r w:rsidRPr="00B4526D">
        <w:t>Možnosť</w:t>
      </w:r>
      <w:proofErr w:type="spellEnd"/>
      <w:r w:rsidRPr="00B4526D">
        <w:t xml:space="preserve"> </w:t>
      </w:r>
      <w:proofErr w:type="spellStart"/>
      <w:r w:rsidRPr="00B4526D">
        <w:t>pravidelného</w:t>
      </w:r>
      <w:proofErr w:type="spellEnd"/>
      <w:r w:rsidRPr="00B4526D">
        <w:t xml:space="preserve"> </w:t>
      </w:r>
      <w:proofErr w:type="spellStart"/>
      <w:r w:rsidRPr="00B4526D">
        <w:t>zvyšovania</w:t>
      </w:r>
      <w:proofErr w:type="spellEnd"/>
      <w:r w:rsidRPr="00B4526D">
        <w:t xml:space="preserve"> </w:t>
      </w:r>
      <w:proofErr w:type="spellStart"/>
      <w:r w:rsidRPr="00B4526D">
        <w:t>kvalifikácie</w:t>
      </w:r>
      <w:proofErr w:type="spellEnd"/>
      <w:r w:rsidRPr="00B4526D">
        <w:t xml:space="preserve"> </w:t>
      </w:r>
      <w:proofErr w:type="gramStart"/>
      <w:r w:rsidRPr="00B4526D">
        <w:t>a</w:t>
      </w:r>
      <w:proofErr w:type="gramEnd"/>
      <w:r w:rsidRPr="00B4526D">
        <w:t xml:space="preserve"> </w:t>
      </w:r>
      <w:proofErr w:type="spellStart"/>
      <w:r w:rsidRPr="00B4526D">
        <w:t>obnovovania</w:t>
      </w:r>
      <w:proofErr w:type="spellEnd"/>
      <w:r w:rsidRPr="00B4526D">
        <w:t xml:space="preserve"> </w:t>
      </w:r>
      <w:proofErr w:type="spellStart"/>
      <w:r w:rsidRPr="00B4526D">
        <w:t>zváračských</w:t>
      </w:r>
      <w:proofErr w:type="spellEnd"/>
      <w:r w:rsidRPr="00B4526D">
        <w:t xml:space="preserve"> </w:t>
      </w:r>
      <w:proofErr w:type="spellStart"/>
      <w:r w:rsidRPr="00B4526D">
        <w:t>či</w:t>
      </w:r>
      <w:proofErr w:type="spellEnd"/>
      <w:r w:rsidRPr="00B4526D">
        <w:t xml:space="preserve"> </w:t>
      </w:r>
      <w:proofErr w:type="spellStart"/>
      <w:r w:rsidRPr="00B4526D">
        <w:t>špeciálnych</w:t>
      </w:r>
      <w:proofErr w:type="spellEnd"/>
      <w:r w:rsidRPr="00B4526D">
        <w:t xml:space="preserve"> </w:t>
      </w:r>
      <w:proofErr w:type="spellStart"/>
      <w:r w:rsidRPr="00B4526D">
        <w:t>preukazov</w:t>
      </w:r>
      <w:proofErr w:type="spellEnd"/>
      <w:r w:rsidRPr="00B4526D">
        <w:t xml:space="preserve"> </w:t>
      </w:r>
      <w:proofErr w:type="spellStart"/>
      <w:r w:rsidRPr="00B4526D">
        <w:t>na</w:t>
      </w:r>
      <w:proofErr w:type="spellEnd"/>
      <w:r w:rsidRPr="00B4526D">
        <w:t xml:space="preserve"> </w:t>
      </w:r>
      <w:proofErr w:type="spellStart"/>
      <w:r w:rsidRPr="00B4526D">
        <w:t>náklady</w:t>
      </w:r>
      <w:proofErr w:type="spellEnd"/>
      <w:r w:rsidRPr="00B4526D">
        <w:t xml:space="preserve"> </w:t>
      </w:r>
      <w:proofErr w:type="spellStart"/>
      <w:r w:rsidRPr="00B4526D">
        <w:t>zamestnávateľa</w:t>
      </w:r>
      <w:proofErr w:type="spellEnd"/>
      <w:r w:rsidRPr="00B4526D">
        <w:t>.</w:t>
      </w:r>
    </w:p>
    <w:p w14:paraId="73E718F2" w14:textId="77777777" w:rsidR="00C66A02" w:rsidRDefault="00C66A02">
      <w:pPr>
        <w:spacing w:after="400"/>
        <w:jc w:val="center"/>
      </w:pPr>
    </w:p>
    <w:p w14:paraId="4B2A42C8" w14:textId="77777777" w:rsidR="003E025A" w:rsidRPr="009A50AE" w:rsidRDefault="003E025A">
      <w:pPr>
        <w:spacing w:before="400"/>
        <w:rPr>
          <w:sz w:val="28"/>
          <w:szCs w:val="28"/>
        </w:rPr>
      </w:pPr>
    </w:p>
    <w:tbl>
      <w:tblPr>
        <w:tblW w:w="9684" w:type="dxa"/>
        <w:jc w:val="center"/>
        <w:tblLook w:val="04A0" w:firstRow="1" w:lastRow="0" w:firstColumn="1" w:lastColumn="0" w:noHBand="0" w:noVBand="1"/>
      </w:tblPr>
      <w:tblGrid>
        <w:gridCol w:w="9684"/>
      </w:tblGrid>
      <w:tr w:rsidR="003E025A" w:rsidRPr="009A50AE" w14:paraId="528C27BE" w14:textId="77777777" w:rsidTr="009A50AE">
        <w:trPr>
          <w:trHeight w:val="2173"/>
          <w:jc w:val="center"/>
        </w:trPr>
        <w:tc>
          <w:tcPr>
            <w:tcW w:w="9684" w:type="dxa"/>
            <w:shd w:val="clear" w:color="auto" w:fill="F4F6F8"/>
          </w:tcPr>
          <w:p w14:paraId="2F50C9A6" w14:textId="77777777" w:rsidR="003E025A" w:rsidRPr="009A50AE" w:rsidRDefault="00000000">
            <w:pPr>
              <w:spacing w:before="160" w:after="80"/>
              <w:jc w:val="center"/>
              <w:rPr>
                <w:sz w:val="28"/>
                <w:szCs w:val="28"/>
              </w:rPr>
            </w:pPr>
            <w:r w:rsidRPr="009A50AE">
              <w:rPr>
                <w:b/>
                <w:color w:val="102542"/>
                <w:sz w:val="28"/>
                <w:szCs w:val="28"/>
              </w:rPr>
              <w:t>Máte záujem o túto pozíciu?</w:t>
            </w:r>
          </w:p>
          <w:p w14:paraId="4954BAB9" w14:textId="360E4464" w:rsidR="003E025A" w:rsidRPr="009A50AE" w:rsidRDefault="009A50AE">
            <w:pPr>
              <w:spacing w:after="160"/>
              <w:jc w:val="center"/>
              <w:rPr>
                <w:sz w:val="28"/>
                <w:szCs w:val="28"/>
              </w:rPr>
            </w:pPr>
            <w:proofErr w:type="spellStart"/>
            <w:r w:rsidRPr="009A50AE">
              <w:rPr>
                <w:sz w:val="24"/>
                <w:szCs w:val="28"/>
              </w:rPr>
              <w:t>Konntaktujte</w:t>
            </w:r>
            <w:proofErr w:type="spellEnd"/>
            <w:r w:rsidRPr="009A50AE">
              <w:rPr>
                <w:sz w:val="24"/>
                <w:szCs w:val="28"/>
              </w:rPr>
              <w:t xml:space="preserve"> </w:t>
            </w:r>
            <w:proofErr w:type="spellStart"/>
            <w:r w:rsidRPr="009A50AE">
              <w:rPr>
                <w:sz w:val="24"/>
                <w:szCs w:val="28"/>
              </w:rPr>
              <w:t>nás</w:t>
            </w:r>
            <w:proofErr w:type="spellEnd"/>
            <w:r w:rsidRPr="009A50AE">
              <w:rPr>
                <w:sz w:val="24"/>
                <w:szCs w:val="28"/>
              </w:rPr>
              <w:t xml:space="preserve"> </w:t>
            </w:r>
            <w:proofErr w:type="spellStart"/>
            <w:r w:rsidRPr="009A50AE">
              <w:rPr>
                <w:sz w:val="24"/>
                <w:szCs w:val="28"/>
              </w:rPr>
              <w:t>na</w:t>
            </w:r>
            <w:proofErr w:type="spellEnd"/>
            <w:r w:rsidRPr="009A50AE">
              <w:rPr>
                <w:sz w:val="24"/>
                <w:szCs w:val="28"/>
              </w:rPr>
              <w:t xml:space="preserve">: </w:t>
            </w:r>
            <w:r w:rsidRPr="009A50AE">
              <w:rPr>
                <w:b/>
                <w:bCs/>
                <w:sz w:val="24"/>
                <w:szCs w:val="28"/>
              </w:rPr>
              <w:t>0948 905 798</w:t>
            </w:r>
            <w:r w:rsidRPr="009A50AE">
              <w:rPr>
                <w:sz w:val="24"/>
                <w:szCs w:val="28"/>
              </w:rPr>
              <w:t xml:space="preserve"> </w:t>
            </w:r>
            <w:proofErr w:type="spellStart"/>
            <w:r w:rsidRPr="009A50AE">
              <w:rPr>
                <w:sz w:val="24"/>
                <w:szCs w:val="28"/>
              </w:rPr>
              <w:t>alebo</w:t>
            </w:r>
            <w:proofErr w:type="spellEnd"/>
            <w:r w:rsidRPr="009A50AE">
              <w:rPr>
                <w:sz w:val="24"/>
                <w:szCs w:val="28"/>
              </w:rPr>
              <w:t xml:space="preserve"> </w:t>
            </w:r>
            <w:proofErr w:type="spellStart"/>
            <w:proofErr w:type="gramStart"/>
            <w:r w:rsidRPr="009A50AE">
              <w:rPr>
                <w:sz w:val="24"/>
                <w:szCs w:val="28"/>
              </w:rPr>
              <w:t>na</w:t>
            </w:r>
            <w:proofErr w:type="spellEnd"/>
            <w:r w:rsidRPr="009A50AE">
              <w:rPr>
                <w:sz w:val="24"/>
                <w:szCs w:val="28"/>
              </w:rPr>
              <w:t xml:space="preserve"> </w:t>
            </w:r>
            <w:r w:rsidR="00000000" w:rsidRPr="009A50AE">
              <w:rPr>
                <w:sz w:val="24"/>
                <w:szCs w:val="28"/>
              </w:rPr>
              <w:t xml:space="preserve"> </w:t>
            </w:r>
            <w:r w:rsidR="00C66A02" w:rsidRPr="009A50AE">
              <w:rPr>
                <w:b/>
                <w:color w:val="102542"/>
                <w:sz w:val="24"/>
                <w:szCs w:val="28"/>
              </w:rPr>
              <w:t>partner</w:t>
            </w:r>
            <w:r w:rsidR="00000000" w:rsidRPr="009A50AE">
              <w:rPr>
                <w:b/>
                <w:color w:val="102542"/>
                <w:sz w:val="24"/>
                <w:szCs w:val="28"/>
              </w:rPr>
              <w:t>@wellwork.sk</w:t>
            </w:r>
            <w:proofErr w:type="gramEnd"/>
          </w:p>
        </w:tc>
      </w:tr>
    </w:tbl>
    <w:p w14:paraId="65DD8A60" w14:textId="77777777" w:rsidR="00263AC6" w:rsidRDefault="00263AC6"/>
    <w:sectPr w:rsidR="00263AC6" w:rsidSect="00034616">
      <w:head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2F83E76" w14:textId="77777777" w:rsidR="00263AC6" w:rsidRDefault="00263AC6" w:rsidP="00C66A02">
      <w:pPr>
        <w:spacing w:after="0" w:line="240" w:lineRule="auto"/>
      </w:pPr>
      <w:r>
        <w:separator/>
      </w:r>
    </w:p>
  </w:endnote>
  <w:endnote w:type="continuationSeparator" w:id="0">
    <w:p w14:paraId="56D3CD52" w14:textId="77777777" w:rsidR="00263AC6" w:rsidRDefault="00263AC6" w:rsidP="00C66A0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073A26E" w14:textId="77777777" w:rsidR="00263AC6" w:rsidRDefault="00263AC6" w:rsidP="00C66A02">
      <w:pPr>
        <w:spacing w:after="0" w:line="240" w:lineRule="auto"/>
      </w:pPr>
      <w:r>
        <w:separator/>
      </w:r>
    </w:p>
  </w:footnote>
  <w:footnote w:type="continuationSeparator" w:id="0">
    <w:p w14:paraId="74D3144A" w14:textId="77777777" w:rsidR="00263AC6" w:rsidRDefault="00263AC6" w:rsidP="00C66A0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AB8904" w14:textId="3364EDB7" w:rsidR="00C66A02" w:rsidRDefault="00C66A02">
    <w:pPr>
      <w:pStyle w:val="Hlavika"/>
    </w:pPr>
    <w:r>
      <w:rPr>
        <w:noProof/>
      </w:rPr>
      <w:drawing>
        <wp:anchor distT="0" distB="0" distL="114300" distR="114300" simplePos="0" relativeHeight="251658240" behindDoc="1" locked="0" layoutInCell="1" allowOverlap="1" wp14:anchorId="420044A5" wp14:editId="4FF41586">
          <wp:simplePos x="0" y="0"/>
          <wp:positionH relativeFrom="column">
            <wp:posOffset>4757420</wp:posOffset>
          </wp:positionH>
          <wp:positionV relativeFrom="paragraph">
            <wp:posOffset>-274320</wp:posOffset>
          </wp:positionV>
          <wp:extent cx="1772285" cy="670560"/>
          <wp:effectExtent l="0" t="0" r="0" b="0"/>
          <wp:wrapTopAndBottom/>
          <wp:docPr id="2" name="Obrázok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Obrázok 2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772285" cy="67056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43BF1354" w14:textId="77777777" w:rsidR="00C66A02" w:rsidRDefault="00C66A02">
    <w:pPr>
      <w:pStyle w:val="Hlavi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slovanzoznam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slovanzoznam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Zoznamsodrkam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Zoznamsodrkam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slovanzoznam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Zoznamsodrkam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26D7315E"/>
    <w:multiLevelType w:val="multilevel"/>
    <w:tmpl w:val="32F2DD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45A92A2E"/>
    <w:multiLevelType w:val="multilevel"/>
    <w:tmpl w:val="C88639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507153E1"/>
    <w:multiLevelType w:val="multilevel"/>
    <w:tmpl w:val="68C009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53A23A68"/>
    <w:multiLevelType w:val="multilevel"/>
    <w:tmpl w:val="EE000A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682C3CC6"/>
    <w:multiLevelType w:val="multilevel"/>
    <w:tmpl w:val="7576AC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7F570BCD"/>
    <w:multiLevelType w:val="multilevel"/>
    <w:tmpl w:val="E66689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882130543">
    <w:abstractNumId w:val="8"/>
  </w:num>
  <w:num w:numId="2" w16cid:durableId="1894079907">
    <w:abstractNumId w:val="6"/>
  </w:num>
  <w:num w:numId="3" w16cid:durableId="1891379306">
    <w:abstractNumId w:val="5"/>
  </w:num>
  <w:num w:numId="4" w16cid:durableId="1116755939">
    <w:abstractNumId w:val="4"/>
  </w:num>
  <w:num w:numId="5" w16cid:durableId="711998062">
    <w:abstractNumId w:val="7"/>
  </w:num>
  <w:num w:numId="6" w16cid:durableId="1559777917">
    <w:abstractNumId w:val="3"/>
  </w:num>
  <w:num w:numId="7" w16cid:durableId="566456381">
    <w:abstractNumId w:val="2"/>
  </w:num>
  <w:num w:numId="8" w16cid:durableId="231932626">
    <w:abstractNumId w:val="1"/>
  </w:num>
  <w:num w:numId="9" w16cid:durableId="499930739">
    <w:abstractNumId w:val="0"/>
  </w:num>
  <w:num w:numId="10" w16cid:durableId="315577844">
    <w:abstractNumId w:val="9"/>
  </w:num>
  <w:num w:numId="11" w16cid:durableId="797996475">
    <w:abstractNumId w:val="10"/>
  </w:num>
  <w:num w:numId="12" w16cid:durableId="259993878">
    <w:abstractNumId w:val="12"/>
  </w:num>
  <w:num w:numId="13" w16cid:durableId="250282777">
    <w:abstractNumId w:val="11"/>
  </w:num>
  <w:num w:numId="14" w16cid:durableId="1129710797">
    <w:abstractNumId w:val="14"/>
  </w:num>
  <w:num w:numId="15" w16cid:durableId="752313947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263AC6"/>
    <w:rsid w:val="0029639D"/>
    <w:rsid w:val="00326F90"/>
    <w:rsid w:val="003E025A"/>
    <w:rsid w:val="0043240B"/>
    <w:rsid w:val="005F19E3"/>
    <w:rsid w:val="008C7A73"/>
    <w:rsid w:val="009A50AE"/>
    <w:rsid w:val="00AA1D8D"/>
    <w:rsid w:val="00AC3184"/>
    <w:rsid w:val="00B47730"/>
    <w:rsid w:val="00C66A02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1DC4AAC8"/>
  <w14:defaultImageDpi w14:val="300"/>
  <w15:docId w15:val="{DCFD17CD-515A-4D68-90C8-41DC960515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FC693F"/>
    <w:pPr>
      <w:spacing w:after="120"/>
    </w:pPr>
    <w:rPr>
      <w:rFonts w:ascii="Calibri" w:hAnsi="Calibri"/>
      <w:color w:val="333333"/>
    </w:rPr>
  </w:style>
  <w:style w:type="paragraph" w:styleId="Nadpis1">
    <w:name w:val="heading 1"/>
    <w:basedOn w:val="Normlny"/>
    <w:next w:val="Normlny"/>
    <w:link w:val="Nadpis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dpis2">
    <w:name w:val="heading 2"/>
    <w:basedOn w:val="Normlny"/>
    <w:next w:val="Normlny"/>
    <w:link w:val="Nadpis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dpis3">
    <w:name w:val="heading 3"/>
    <w:basedOn w:val="Normlny"/>
    <w:next w:val="Normlny"/>
    <w:link w:val="Nadpis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dpis4">
    <w:name w:val="heading 4"/>
    <w:basedOn w:val="Normlny"/>
    <w:next w:val="Normlny"/>
    <w:link w:val="Nadpis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dpis5">
    <w:name w:val="heading 5"/>
    <w:basedOn w:val="Normlny"/>
    <w:next w:val="Normlny"/>
    <w:link w:val="Nadpis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dpis6">
    <w:name w:val="heading 6"/>
    <w:basedOn w:val="Normlny"/>
    <w:next w:val="Normlny"/>
    <w:link w:val="Nadpis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dpis7">
    <w:name w:val="heading 7"/>
    <w:basedOn w:val="Normlny"/>
    <w:next w:val="Normlny"/>
    <w:link w:val="Nadpis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dpis8">
    <w:name w:val="heading 8"/>
    <w:basedOn w:val="Normlny"/>
    <w:next w:val="Normlny"/>
    <w:link w:val="Nadpis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dpis9">
    <w:name w:val="heading 9"/>
    <w:basedOn w:val="Normlny"/>
    <w:next w:val="Normlny"/>
    <w:link w:val="Nadpis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E618BF"/>
  </w:style>
  <w:style w:type="paragraph" w:styleId="Pta">
    <w:name w:val="footer"/>
    <w:basedOn w:val="Normlny"/>
    <w:link w:val="Pta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E618BF"/>
  </w:style>
  <w:style w:type="paragraph" w:styleId="Bezriadkovania">
    <w:name w:val="No Spacing"/>
    <w:uiPriority w:val="1"/>
    <w:qFormat/>
    <w:rsid w:val="00FC693F"/>
    <w:pPr>
      <w:spacing w:after="0" w:line="240" w:lineRule="auto"/>
    </w:pPr>
  </w:style>
  <w:style w:type="character" w:customStyle="1" w:styleId="Nadpis1Char">
    <w:name w:val="Nadpis 1 Char"/>
    <w:basedOn w:val="Predvolenpsmoodseku"/>
    <w:link w:val="Nadpis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dpis2Char">
    <w:name w:val="Nadpis 2 Char"/>
    <w:basedOn w:val="Predvolenpsmoodseku"/>
    <w:link w:val="Nadpis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dpis3Char">
    <w:name w:val="Nadpis 3 Char"/>
    <w:basedOn w:val="Predvolenpsmoodseku"/>
    <w:link w:val="Nadpis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zov">
    <w:name w:val="Title"/>
    <w:basedOn w:val="Normlny"/>
    <w:next w:val="Normlny"/>
    <w:link w:val="Nzov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NzovChar">
    <w:name w:val="Názov Char"/>
    <w:basedOn w:val="Predvolenpsmoodseku"/>
    <w:link w:val="Nzov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itulChar">
    <w:name w:val="Podtitul Char"/>
    <w:basedOn w:val="Predvolenpsmoodseku"/>
    <w:link w:val="Podtitul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Odsekzoznamu">
    <w:name w:val="List Paragraph"/>
    <w:basedOn w:val="Normlny"/>
    <w:uiPriority w:val="34"/>
    <w:qFormat/>
    <w:rsid w:val="00FC693F"/>
    <w:pPr>
      <w:ind w:left="720"/>
      <w:contextualSpacing/>
    </w:pPr>
  </w:style>
  <w:style w:type="paragraph" w:styleId="Zkladntext">
    <w:name w:val="Body Text"/>
    <w:basedOn w:val="Normlny"/>
    <w:link w:val="ZkladntextChar"/>
    <w:uiPriority w:val="99"/>
    <w:unhideWhenUsed/>
    <w:rsid w:val="00AA1D8D"/>
  </w:style>
  <w:style w:type="character" w:customStyle="1" w:styleId="ZkladntextChar">
    <w:name w:val="Základný text Char"/>
    <w:basedOn w:val="Predvolenpsmoodseku"/>
    <w:link w:val="Zkladntext"/>
    <w:uiPriority w:val="99"/>
    <w:rsid w:val="00AA1D8D"/>
  </w:style>
  <w:style w:type="paragraph" w:styleId="Zkladntext2">
    <w:name w:val="Body Text 2"/>
    <w:basedOn w:val="Normlny"/>
    <w:link w:val="Zkladntext2Char"/>
    <w:uiPriority w:val="99"/>
    <w:unhideWhenUsed/>
    <w:rsid w:val="00AA1D8D"/>
    <w:pPr>
      <w:spacing w:line="480" w:lineRule="auto"/>
    </w:pPr>
  </w:style>
  <w:style w:type="character" w:customStyle="1" w:styleId="Zkladntext2Char">
    <w:name w:val="Základný text 2 Char"/>
    <w:basedOn w:val="Predvolenpsmoodseku"/>
    <w:link w:val="Zkladntext2"/>
    <w:uiPriority w:val="99"/>
    <w:rsid w:val="00AA1D8D"/>
  </w:style>
  <w:style w:type="paragraph" w:styleId="Zkladntext3">
    <w:name w:val="Body Text 3"/>
    <w:basedOn w:val="Normlny"/>
    <w:link w:val="Zkladntext3Char"/>
    <w:uiPriority w:val="99"/>
    <w:unhideWhenUsed/>
    <w:rsid w:val="00AA1D8D"/>
    <w:rPr>
      <w:sz w:val="16"/>
      <w:szCs w:val="16"/>
    </w:rPr>
  </w:style>
  <w:style w:type="character" w:customStyle="1" w:styleId="Zkladntext3Char">
    <w:name w:val="Základný text 3 Char"/>
    <w:basedOn w:val="Predvolenpsmoodseku"/>
    <w:link w:val="Zkladntext3"/>
    <w:uiPriority w:val="99"/>
    <w:rsid w:val="00AA1D8D"/>
    <w:rPr>
      <w:sz w:val="16"/>
      <w:szCs w:val="16"/>
    </w:rPr>
  </w:style>
  <w:style w:type="paragraph" w:styleId="Zoznam">
    <w:name w:val="List"/>
    <w:basedOn w:val="Normlny"/>
    <w:uiPriority w:val="99"/>
    <w:unhideWhenUsed/>
    <w:rsid w:val="00AA1D8D"/>
    <w:pPr>
      <w:ind w:left="360" w:hanging="360"/>
      <w:contextualSpacing/>
    </w:pPr>
  </w:style>
  <w:style w:type="paragraph" w:styleId="Zoznam2">
    <w:name w:val="List 2"/>
    <w:basedOn w:val="Normlny"/>
    <w:uiPriority w:val="99"/>
    <w:unhideWhenUsed/>
    <w:rsid w:val="00326F90"/>
    <w:pPr>
      <w:ind w:left="720" w:hanging="360"/>
      <w:contextualSpacing/>
    </w:pPr>
  </w:style>
  <w:style w:type="paragraph" w:styleId="Zoznam3">
    <w:name w:val="List 3"/>
    <w:basedOn w:val="Normlny"/>
    <w:uiPriority w:val="99"/>
    <w:unhideWhenUsed/>
    <w:rsid w:val="00326F90"/>
    <w:pPr>
      <w:ind w:left="1080" w:hanging="360"/>
      <w:contextualSpacing/>
    </w:pPr>
  </w:style>
  <w:style w:type="paragraph" w:styleId="Zoznamsodrkami">
    <w:name w:val="List Bullet"/>
    <w:basedOn w:val="Normlny"/>
    <w:uiPriority w:val="99"/>
    <w:unhideWhenUsed/>
    <w:rsid w:val="00326F90"/>
    <w:pPr>
      <w:numPr>
        <w:numId w:val="1"/>
      </w:numPr>
      <w:contextualSpacing/>
    </w:pPr>
  </w:style>
  <w:style w:type="paragraph" w:styleId="Zoznamsodrkami2">
    <w:name w:val="List Bullet 2"/>
    <w:basedOn w:val="Normlny"/>
    <w:uiPriority w:val="99"/>
    <w:unhideWhenUsed/>
    <w:rsid w:val="00326F90"/>
    <w:pPr>
      <w:numPr>
        <w:numId w:val="2"/>
      </w:numPr>
      <w:contextualSpacing/>
    </w:pPr>
  </w:style>
  <w:style w:type="paragraph" w:styleId="Zoznamsodrkami3">
    <w:name w:val="List Bullet 3"/>
    <w:basedOn w:val="Normlny"/>
    <w:uiPriority w:val="99"/>
    <w:unhideWhenUsed/>
    <w:rsid w:val="00326F90"/>
    <w:pPr>
      <w:numPr>
        <w:numId w:val="3"/>
      </w:numPr>
      <w:contextualSpacing/>
    </w:pPr>
  </w:style>
  <w:style w:type="paragraph" w:styleId="slovanzoznam">
    <w:name w:val="List Number"/>
    <w:basedOn w:val="Normlny"/>
    <w:uiPriority w:val="99"/>
    <w:unhideWhenUsed/>
    <w:rsid w:val="00326F90"/>
    <w:pPr>
      <w:numPr>
        <w:numId w:val="5"/>
      </w:numPr>
      <w:contextualSpacing/>
    </w:pPr>
  </w:style>
  <w:style w:type="paragraph" w:styleId="slovanzoznam2">
    <w:name w:val="List Number 2"/>
    <w:basedOn w:val="Normlny"/>
    <w:uiPriority w:val="99"/>
    <w:unhideWhenUsed/>
    <w:rsid w:val="0029639D"/>
    <w:pPr>
      <w:numPr>
        <w:numId w:val="6"/>
      </w:numPr>
      <w:contextualSpacing/>
    </w:pPr>
  </w:style>
  <w:style w:type="paragraph" w:styleId="slovanzoznam3">
    <w:name w:val="List Number 3"/>
    <w:basedOn w:val="Normlny"/>
    <w:uiPriority w:val="99"/>
    <w:unhideWhenUsed/>
    <w:rsid w:val="0029639D"/>
    <w:pPr>
      <w:numPr>
        <w:numId w:val="7"/>
      </w:numPr>
      <w:contextualSpacing/>
    </w:pPr>
  </w:style>
  <w:style w:type="paragraph" w:styleId="Pokraovaniezoznamu">
    <w:name w:val="List Continue"/>
    <w:basedOn w:val="Normlny"/>
    <w:uiPriority w:val="99"/>
    <w:unhideWhenUsed/>
    <w:rsid w:val="0029639D"/>
    <w:pPr>
      <w:ind w:left="360"/>
      <w:contextualSpacing/>
    </w:pPr>
  </w:style>
  <w:style w:type="paragraph" w:styleId="Pokraovaniezoznamu2">
    <w:name w:val="List Continue 2"/>
    <w:basedOn w:val="Normlny"/>
    <w:uiPriority w:val="99"/>
    <w:unhideWhenUsed/>
    <w:rsid w:val="0029639D"/>
    <w:pPr>
      <w:ind w:left="720"/>
      <w:contextualSpacing/>
    </w:pPr>
  </w:style>
  <w:style w:type="paragraph" w:styleId="Pokraovaniezoznamu3">
    <w:name w:val="List Continue 3"/>
    <w:basedOn w:val="Normlny"/>
    <w:uiPriority w:val="99"/>
    <w:unhideWhenUsed/>
    <w:rsid w:val="0029639D"/>
    <w:pPr>
      <w:ind w:left="1080"/>
      <w:contextualSpacing/>
    </w:pPr>
  </w:style>
  <w:style w:type="paragraph" w:styleId="Textmakra">
    <w:name w:val="macro"/>
    <w:link w:val="Textmakra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makraChar">
    <w:name w:val="Text makra Char"/>
    <w:basedOn w:val="Predvolenpsmoodseku"/>
    <w:link w:val="Textmakra"/>
    <w:uiPriority w:val="99"/>
    <w:rsid w:val="0029639D"/>
    <w:rPr>
      <w:rFonts w:ascii="Courier" w:hAnsi="Courier"/>
      <w:sz w:val="20"/>
      <w:szCs w:val="20"/>
    </w:rPr>
  </w:style>
  <w:style w:type="paragraph" w:styleId="Citcia">
    <w:name w:val="Quote"/>
    <w:basedOn w:val="Normlny"/>
    <w:next w:val="Normlny"/>
    <w:link w:val="CitciaChar"/>
    <w:uiPriority w:val="29"/>
    <w:qFormat/>
    <w:rsid w:val="00FC693F"/>
    <w:rPr>
      <w:i/>
      <w:iCs/>
      <w:color w:val="000000" w:themeColor="text1"/>
    </w:rPr>
  </w:style>
  <w:style w:type="character" w:customStyle="1" w:styleId="CitciaChar">
    <w:name w:val="Citácia Char"/>
    <w:basedOn w:val="Predvolenpsmoodseku"/>
    <w:link w:val="Citcia"/>
    <w:uiPriority w:val="29"/>
    <w:rsid w:val="00FC693F"/>
    <w:rPr>
      <w:i/>
      <w:iCs/>
      <w:color w:val="000000" w:themeColor="text1"/>
    </w:rPr>
  </w:style>
  <w:style w:type="character" w:customStyle="1" w:styleId="Nadpis4Char">
    <w:name w:val="Nadpis 4 Char"/>
    <w:basedOn w:val="Predvolenpsmoodseku"/>
    <w:link w:val="Nadpis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dpis5Char">
    <w:name w:val="Nadpis 5 Char"/>
    <w:basedOn w:val="Predvolenpsmoodseku"/>
    <w:link w:val="Nadpis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dpis6Char">
    <w:name w:val="Nadpis 6 Char"/>
    <w:basedOn w:val="Predvolenpsmoodseku"/>
    <w:link w:val="Nadpis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dpis7Char">
    <w:name w:val="Nadpis 7 Char"/>
    <w:basedOn w:val="Predvolenpsmoodseku"/>
    <w:link w:val="Nadpis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dpis8Char">
    <w:name w:val="Nadpis 8 Char"/>
    <w:basedOn w:val="Predvolenpsmoodseku"/>
    <w:link w:val="Nadpis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dpis9Char">
    <w:name w:val="Nadpis 9 Char"/>
    <w:basedOn w:val="Predvolenpsmoodseku"/>
    <w:link w:val="Nadpis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Popis">
    <w:name w:val="caption"/>
    <w:basedOn w:val="Normlny"/>
    <w:next w:val="Normlny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Vrazn">
    <w:name w:val="Strong"/>
    <w:basedOn w:val="Predvolenpsmoodseku"/>
    <w:uiPriority w:val="22"/>
    <w:qFormat/>
    <w:rsid w:val="00FC693F"/>
    <w:rPr>
      <w:b/>
      <w:bCs/>
    </w:rPr>
  </w:style>
  <w:style w:type="character" w:styleId="Zvraznenie">
    <w:name w:val="Emphasis"/>
    <w:basedOn w:val="Predvolenpsmoodseku"/>
    <w:uiPriority w:val="20"/>
    <w:qFormat/>
    <w:rsid w:val="00FC693F"/>
    <w:rPr>
      <w:i/>
      <w:iCs/>
    </w:rPr>
  </w:style>
  <w:style w:type="paragraph" w:styleId="Zvraznencitcia">
    <w:name w:val="Intense Quote"/>
    <w:basedOn w:val="Normlny"/>
    <w:next w:val="Normlny"/>
    <w:link w:val="Zvraznencitcia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ZvraznencitciaChar">
    <w:name w:val="Zvýraznená citácia Char"/>
    <w:basedOn w:val="Predvolenpsmoodseku"/>
    <w:link w:val="Zvraznencitcia"/>
    <w:uiPriority w:val="30"/>
    <w:rsid w:val="00FC693F"/>
    <w:rPr>
      <w:b/>
      <w:bCs/>
      <w:i/>
      <w:iCs/>
      <w:color w:val="4F81BD" w:themeColor="accent1"/>
    </w:rPr>
  </w:style>
  <w:style w:type="character" w:styleId="Jemnzvraznenie">
    <w:name w:val="Subtle Emphasis"/>
    <w:basedOn w:val="Predvolenpsmoodseku"/>
    <w:uiPriority w:val="19"/>
    <w:qFormat/>
    <w:rsid w:val="00FC693F"/>
    <w:rPr>
      <w:i/>
      <w:iCs/>
      <w:color w:val="808080" w:themeColor="text1" w:themeTint="7F"/>
    </w:rPr>
  </w:style>
  <w:style w:type="character" w:styleId="Intenzvnezvraznenie">
    <w:name w:val="Intense Emphasis"/>
    <w:basedOn w:val="Predvolenpsmoodseku"/>
    <w:uiPriority w:val="21"/>
    <w:qFormat/>
    <w:rsid w:val="00FC693F"/>
    <w:rPr>
      <w:b/>
      <w:bCs/>
      <w:i/>
      <w:iCs/>
      <w:color w:val="4F81BD" w:themeColor="accent1"/>
    </w:rPr>
  </w:style>
  <w:style w:type="character" w:styleId="Jemnodkaz">
    <w:name w:val="Subtle Reference"/>
    <w:basedOn w:val="Predvolenpsmoodseku"/>
    <w:uiPriority w:val="31"/>
    <w:qFormat/>
    <w:rsid w:val="00FC693F"/>
    <w:rPr>
      <w:smallCaps/>
      <w:color w:val="C0504D" w:themeColor="accent2"/>
      <w:u w:val="single"/>
    </w:rPr>
  </w:style>
  <w:style w:type="character" w:styleId="Zvraznenodkaz">
    <w:name w:val="Intense Reference"/>
    <w:basedOn w:val="Predvolenpsmoodseku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Nzovknihy">
    <w:name w:val="Book Title"/>
    <w:basedOn w:val="Predvolenpsmoodseku"/>
    <w:uiPriority w:val="33"/>
    <w:qFormat/>
    <w:rsid w:val="00FC693F"/>
    <w:rPr>
      <w:b/>
      <w:bCs/>
      <w:smallCaps/>
      <w:spacing w:val="5"/>
    </w:rPr>
  </w:style>
  <w:style w:type="paragraph" w:styleId="Hlavikaobsahu">
    <w:name w:val="TOC Heading"/>
    <w:basedOn w:val="Nadpis1"/>
    <w:next w:val="Normlny"/>
    <w:uiPriority w:val="39"/>
    <w:semiHidden/>
    <w:unhideWhenUsed/>
    <w:qFormat/>
    <w:rsid w:val="00FC693F"/>
    <w:pPr>
      <w:outlineLvl w:val="9"/>
    </w:pPr>
  </w:style>
  <w:style w:type="table" w:styleId="Mriekatabuky">
    <w:name w:val="Table Grid"/>
    <w:basedOn w:val="Normlnatabuka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vetlpodfarbenie">
    <w:name w:val="Light Shading"/>
    <w:basedOn w:val="Normlnatabuka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vetlpodfarbeniezvraznenie1">
    <w:name w:val="Light Shading Accent 1"/>
    <w:basedOn w:val="Normlnatabuka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vetlpodfarbeniezvraznenie2">
    <w:name w:val="Light Shading Accent 2"/>
    <w:basedOn w:val="Normlnatabuka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vetlpodfarbeniezvraznenie3">
    <w:name w:val="Light Shading Accent 3"/>
    <w:basedOn w:val="Normlnatabuka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vetlpodfarbeniezvraznenie4">
    <w:name w:val="Light Shading Accent 4"/>
    <w:basedOn w:val="Normlnatabuka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vetlpodfarbeniezvraznenie5">
    <w:name w:val="Light Shading Accent 5"/>
    <w:basedOn w:val="Normlnatabuka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vetlpodfarbeniezvraznenie6">
    <w:name w:val="Light Shading Accent 6"/>
    <w:basedOn w:val="Normlnatabuka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Svetlzoznam">
    <w:name w:val="Light List"/>
    <w:basedOn w:val="Normlnatabuk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Svetlzoznamzvraznenie1">
    <w:name w:val="Light List Accent 1"/>
    <w:basedOn w:val="Normlnatabuk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Svetlzoznamzvraznenie2">
    <w:name w:val="Light List Accent 2"/>
    <w:basedOn w:val="Normlnatabu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Svetlzoznamzvraznenie3">
    <w:name w:val="Light List Accent 3"/>
    <w:basedOn w:val="Normlnatabu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Svetlzoznamzvraznenie4">
    <w:name w:val="Light List Accent 4"/>
    <w:basedOn w:val="Normlnatabu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Svetlzoznamzvraznenie5">
    <w:name w:val="Light List Accent 5"/>
    <w:basedOn w:val="Normlnatabu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Svetlzoznamzvraznenie6">
    <w:name w:val="Light List Accent 6"/>
    <w:basedOn w:val="Normlnatabu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Svetlmrieka">
    <w:name w:val="Light Grid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Svetlmriekazvraznenie1">
    <w:name w:val="Light Grid Accent 1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Svetlmriekazvraznenie2">
    <w:name w:val="Light Grid Accent 2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Svetlmriekazvraznenie3">
    <w:name w:val="Light Grid Accent 3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Svetlmriekazvraznenie4">
    <w:name w:val="Light Grid Accent 4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Svetlmriekazvraznenie5">
    <w:name w:val="Light Grid Accent 5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Svetlmriekazvraznenie6">
    <w:name w:val="Light Grid Accent 6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trednpodfarbenie1">
    <w:name w:val="Medium Shading 1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1">
    <w:name w:val="Medium Shading 1 Accent 1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2">
    <w:name w:val="Medium Shading 1 Accent 2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3">
    <w:name w:val="Medium Shading 1 Accent 3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4">
    <w:name w:val="Medium Shading 1 Accent 4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5">
    <w:name w:val="Medium Shading 1 Accent 5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Farebnpodfarbenie1zvraznenie6">
    <w:name w:val="Medium Shading 1 Accent 6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2">
    <w:name w:val="Medium Shading 2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2zvraznenie1">
    <w:name w:val="Medium Shading 2 Accent 1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2zvraznenie2">
    <w:name w:val="Medium Shading 2 Accent 2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2zvraznenie3">
    <w:name w:val="Medium Shading 2 Accent 3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2zvraznenie4">
    <w:name w:val="Medium Shading 2 Accent 4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2zvraznenie5">
    <w:name w:val="Medium Shading 2 Accent 5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Farebnpodfarbenie2zvraznenie6">
    <w:name w:val="Medium Shading 2 Accent 6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zoznam1">
    <w:name w:val="Medium List 1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Strednzoznam1zvraznenie1">
    <w:name w:val="Medium List 1 Accent 1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Strednzoznam1zvraznenie2">
    <w:name w:val="Medium List 1 Accent 2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Strednzoznam1zvraznenie3">
    <w:name w:val="Medium List 1 Accent 3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Strednzoznam1zvraznenie4">
    <w:name w:val="Medium List 1 Accent 4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Strednzoznam1zvraznenie5">
    <w:name w:val="Medium List 1 Accent 5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Strednzoznam1zvraznenie6">
    <w:name w:val="Medium List 1 Accent 6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Strednzoznam2">
    <w:name w:val="Medium List 2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1">
    <w:name w:val="Medium List 2 Accent 1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2">
    <w:name w:val="Medium List 2 Accent 2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3">
    <w:name w:val="Medium List 2 Accent 3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4">
    <w:name w:val="Medium List 2 Accent 4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5">
    <w:name w:val="Medium List 2 Accent 5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6">
    <w:name w:val="Medium List 2 Accent 6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mrieka1">
    <w:name w:val="Medium Grid 1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Strednmrieka1zvraznenie1">
    <w:name w:val="Medium Grid 1 Accent 1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Strednmrieka1zvraznenie2">
    <w:name w:val="Medium Grid 1 Accent 2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Strednmrieka1zvraznenie3">
    <w:name w:val="Medium Grid 1 Accent 3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trednmrieka1zvraznenie4">
    <w:name w:val="Medium Grid 1 Accent 4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Strednmrieka1zvraznenie5">
    <w:name w:val="Medium Grid 1 Accent 5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Strednmrieka1zvraznenie6">
    <w:name w:val="Medium Grid 1 Accent 6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Strednmrieka2">
    <w:name w:val="Medium Grid 2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1">
    <w:name w:val="Medium Grid 2 Accent 1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2">
    <w:name w:val="Medium Grid 2 Accent 2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3">
    <w:name w:val="Medium Grid 2 Accent 3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4">
    <w:name w:val="Medium Grid 2 Accent 4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5">
    <w:name w:val="Medium Grid 2 Accent 5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6">
    <w:name w:val="Medium Grid 2 Accent 6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3">
    <w:name w:val="Medium Grid 3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Strednmrieka3zvraznenie1">
    <w:name w:val="Medium Grid 3 Accent 1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Strednmrieka3zvraznenie2">
    <w:name w:val="Medium Grid 3 Accent 2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Strednmrieka3zvraznenie3">
    <w:name w:val="Medium Grid 3 Accent 3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Strednmrieka3zvraznenie4">
    <w:name w:val="Medium Grid 3 Accent 4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Strednmrieka3zvraznenie5">
    <w:name w:val="Medium Grid 3 Accent 5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Strednmrieka3zvraznenie6">
    <w:name w:val="Medium Grid 3 Accent 6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Tmavzoznam">
    <w:name w:val="Dark List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Tmavzoznamzvraznenie1">
    <w:name w:val="Dark List Accent 1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Tmavzoznamzvraznenie2">
    <w:name w:val="Dark List Accent 2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Tmavzoznamzvraznenie3">
    <w:name w:val="Dark List Accent 3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Tmavzoznamzvraznenie4">
    <w:name w:val="Dark List Accent 4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Tmavzoznamzvraznenie5">
    <w:name w:val="Dark List Accent 5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Tmavzoznamzvraznenie6">
    <w:name w:val="Dark List Accent 6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Farebnpodfarbenie">
    <w:name w:val="Colorful Shading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1">
    <w:name w:val="Colorful Shading Accent 1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2">
    <w:name w:val="Colorful Shading Accent 2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3">
    <w:name w:val="Colorful Shading Accent 3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Farebnpodfarbeniezvraznenie4">
    <w:name w:val="Colorful Shading Accent 4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5">
    <w:name w:val="Colorful Shading Accent 5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6">
    <w:name w:val="Colorful Shading Accent 6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zoznam">
    <w:name w:val="Colorful List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Farebnzoznamzvraznenie1">
    <w:name w:val="Colorful List Accent 1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Farebnzoznamzvraznenie2">
    <w:name w:val="Colorful List Accent 2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Farebnzoznamzvraznenie3">
    <w:name w:val="Colorful List Accent 3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Farebnzoznamzvraznenie4">
    <w:name w:val="Colorful List Accent 4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Farebnzoznamzvraznenie5">
    <w:name w:val="Colorful List Accent 5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Farebnzoznamzvraznenie6">
    <w:name w:val="Colorful List Accent 6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Farebnmrieka">
    <w:name w:val="Colorful Grid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Farebnmriekazvraznenie1">
    <w:name w:val="Colorful Grid Accent 1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Farebnmriekazvraznenie2">
    <w:name w:val="Colorful Grid Accent 2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Farebnmriekazvraznenie3">
    <w:name w:val="Colorful Grid Accent 3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Farebnmriekazvraznenie4">
    <w:name w:val="Colorful Grid Accent 4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Farebnmriekazvraznenie5">
    <w:name w:val="Colorful Grid Accent 5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Farebnmriekazvraznenie6">
    <w:name w:val="Colorful Grid Accent 6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3</Pages>
  <Words>643</Words>
  <Characters>3668</Characters>
  <Application>Microsoft Office Word</Application>
  <DocSecurity>0</DocSecurity>
  <Lines>30</Lines>
  <Paragraphs>8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4303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info</cp:lastModifiedBy>
  <cp:revision>3</cp:revision>
  <cp:lastPrinted>2026-08-06T18:22:00Z</cp:lastPrinted>
  <dcterms:created xsi:type="dcterms:W3CDTF">2026-08-06T18:20:00Z</dcterms:created>
  <dcterms:modified xsi:type="dcterms:W3CDTF">2026-08-06T18:23:00Z</dcterms:modified>
  <cp:category/>
</cp:coreProperties>
</file>